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15="http://schemas.microsoft.com/office/word/2012/wordml"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5 w14 wp14">
  <w:body>
    <w:sdt>
      <w:sdtPr>
        <w:alias w:val="Template key"/>
        <w:tag w:val="ojsa:guide"/>
        <w:id w:val="41026"/>
        <w:richText/>
      </w:sdtPr>
      <w:sdtContent>
        <w:p>
          <w:pPr>
            <w:pStyle w:val="OJSAInfo"/>
            <w:shd w:val="clear" w:color="auto" w:fill="F4F6F8"/>
            <w:spacing w:before="0" w:after="20"/>
          </w:pPr>
          <w:r>
            <w:rPr>
              <w:rFonts w:ascii="Calibri" w:hAnsi="Calibri" w:cs="Calibri"/>
              <w:b/>
              <w:bCs/>
              <w:color w:val="033D72"/>
              <w:spacing w:val="10"/>
              <w:sz w:val="15"/>
              <w:szCs w:val="15"/>
            </w:rPr>
            <w:t xml:space="preserve">TEMPLATE KEY  </w:t>
          </w:r>
          <w:r>
            <w:rPr>
              <w:rFonts w:ascii="Calibri" w:hAnsi="Calibri" w:cs="Calibri"/>
              <w:color w:val="2E7D32"/>
              <w:sz w:val="18"/>
              <w:szCs w:val="18"/>
            </w:rPr>
            <w:t xml:space="preserve">■ </w:t>
          </w:r>
          <w:r>
            <w:rPr>
              <w:rFonts w:ascii="Calibri" w:hAnsi="Calibri" w:cs="Calibri"/>
              <w:color w:val="1F2933"/>
              <w:sz w:val="15"/>
              <w:szCs w:val="15"/>
            </w:rPr>
            <w:t xml:space="preserve">Grey guidance text: you (the author) write here.   </w:t>
          </w:r>
          <w:r>
            <w:rPr>
              <w:rFonts w:ascii="Calibri" w:hAnsi="Calibri" w:cs="Calibri"/>
              <w:color w:val="007A8A"/>
              <w:sz w:val="18"/>
              <w:szCs w:val="18"/>
            </w:rPr>
            <w:t xml:space="preserve">■ </w:t>
          </w:r>
          <w:r>
            <w:rPr>
              <w:rFonts w:ascii="Calibri" w:hAnsi="Calibri" w:cs="Calibri"/>
              <w:color w:val="1F2933"/>
              <w:sz w:val="15"/>
              <w:szCs w:val="15"/>
            </w:rPr>
            <w:t xml:space="preserve">Tinted text: completed by the Desk Editorial. Do not edit it.</w:t>
          </w:r>
        </w:p>
        <w:p>
          <w:pPr>
            <w:pStyle w:val="OJSAInfo"/>
            <w:shd w:val="clear" w:color="auto" w:fill="F4F6F8"/>
            <w:spacing w:after="120"/>
          </w:pPr>
          <w:r>
            <w:rPr>
              <w:rFonts w:ascii="Calibri" w:hAnsi="Calibri" w:cs="Calibri"/>
              <w:color w:val="5F6B7A"/>
              <w:sz w:val="14"/>
              <w:szCs w:val="14"/>
            </w:rPr>
            <w:t xml:space="preserve">Add a co-author by copying a row of the author table (and of the CRediT table). Header, footer, licence, article history, certificate and editorial record are filled from OJS. This key and the style guide are removed before publication.</w:t>
          </w:r>
        </w:p>
      </w:sdtContent>
    </w:sdt>
    <w:p>
      <w:pPr>
        <w:tabs>
          <w:tab w:val="right" w:pos="9638"/>
        </w:tabs>
        <w:spacing w:before="60" w:after="200"/>
      </w:pPr>
      <w:r>
        <w:rPr>
          <w:rFonts w:ascii="Calibri" w:hAnsi="Calibri" w:cs="Calibri"/>
          <w:b/>
          <w:bCs/>
          <w:caps/>
          <w:color w:val="FFFFFF"/>
          <w:spacing w:val="12"/>
          <w:sz w:val="16"/>
          <w:szCs w:val="16"/>
          <w:shd w:val="clear" w:color="auto" w:fill="033D72"/>
        </w:rPr>
        <w:t xml:space="preserve"> </w:t>
      </w:r>
      <w:sdt>
        <w:sdtPr>
          <w:rPr>
            <w:rFonts w:ascii="Calibri" w:hAnsi="Calibri" w:cs="Calibri"/>
            <w:b/>
            <w:bCs/>
            <w:caps/>
            <w:color w:val="FFFFFF"/>
            <w:spacing w:val="12"/>
            <w:sz w:val="16"/>
            <w:szCs w:val="16"/>
            <w:shd w:val="clear" w:color="auto" w:fill="033D72"/>
          </w:rPr>
          <w:alias w:val="Author · Article type"/>
          <w:tag w:val="ojsa:article_type"/>
          <w:id w:val="41028"/>
          <w:lock w:val="sdtLocked"/>
          <w:dataBinding w:prefixMappings="xmlns:m='urn:ojs-agents:manuscript:1'" w:xpath="/m:manuscript[1]/m:article[1]/m:type[1]" w:storeItemID="{74DE08B8-B464-4A5A-A104-DCA6F1E37B06}"/>
          <w15:color xmlns:w15="http://schemas.microsoft.com/office/word/2012/wordml" w:val="2E7D32"/>
          <w:dropDownList>
            <w:listItem w:displayText="Research Article" w:value="Research Article"/>
            <w:listItem w:displayText="Review Article" w:value="Review Article"/>
            <w:listItem w:displayText="Systematic Review" w:value="Systematic Review"/>
            <w:listItem w:displayText="Short Communication" w:value="Short Communication"/>
            <w:listItem w:displayText="Case Study" w:value="Case Study"/>
          </w:dropDownList>
        </w:sdtPr>
        <w:sdtContent>
          <w:r>
            <w:rPr>
              <w:rFonts w:ascii="Calibri" w:hAnsi="Calibri" w:cs="Calibri"/>
              <w:b/>
              <w:bCs/>
              <w:caps/>
              <w:color w:val="FFFFFF"/>
              <w:spacing w:val="12"/>
              <w:sz w:val="16"/>
              <w:szCs w:val="16"/>
              <w:shd w:val="clear" w:color="auto" w:fill="033D72"/>
            </w:rPr>
            <w:t xml:space="preserve">Research Article</w:t>
          </w:r>
        </w:sdtContent>
      </w:sdt>
      <w:r>
        <w:rPr>
          <w:rFonts w:ascii="Calibri" w:hAnsi="Calibri" w:cs="Calibri"/>
          <w:b/>
          <w:bCs/>
          <w:caps/>
          <w:color w:val="FFFFFF"/>
          <w:spacing w:val="12"/>
          <w:sz w:val="16"/>
          <w:szCs w:val="16"/>
          <w:shd w:val="clear" w:color="auto" w:fill="033D72"/>
        </w:rPr>
        <w:t xml:space="preserve"> </w:t>
      </w:r>
      <w:r>
        <w:tab/>
      </w:r>
      <w:r>
        <w:rPr>
          <w:position w:val="-3"/>
        </w:rPr>
        <w:drawing>
          <wp:inline xmlns:a="http://schemas.openxmlformats.org/drawingml/2006/main" xmlns:pic="http://schemas.openxmlformats.org/drawingml/2006/picture" distT="0" distB="0" distL="0" distR="0">
            <wp:extent cx="151200" cy="151200"/>
            <wp:docPr id="41027" name="ojsa-icon-41027"/>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51200" cy="151200"/>
                    </a:xfrm>
                    <a:prstGeom prst="rect"/>
                  </pic:spPr>
                </pic:pic>
              </a:graphicData>
            </a:graphic>
          </wp:inline>
        </w:drawing>
      </w:r>
      <w:r>
        <w:rPr>
          <w:rFonts w:ascii="Calibri" w:hAnsi="Calibri" w:cs="Calibri"/>
          <w:b/>
          <w:bCs/>
          <w:color w:val="F68212"/>
          <w:spacing w:val="12"/>
          <w:sz w:val="17"/>
          <w:szCs w:val="17"/>
        </w:rPr>
        <w:t xml:space="preserve"> OPEN ACCESS</w:t>
      </w:r>
    </w:p>
    <w:p>
      <w:pPr>
        <w:pStyle w:val="Title"/>
      </w:pPr>
      <w:sdt>
        <w:sdtPr>
          <w:alias w:val="Author · Title"/>
          <w:tag w:val="ojsa:title"/>
          <w:id w:val="41029"/>
          <w:lock w:val="sdtLocked"/>
          <w:showingPlcHdr/>
          <w15:color xmlns:w15="http://schemas.microsoft.com/office/word/2012/wordml" w:val="2E7D32"/>
          <w:richText/>
        </w:sdtPr>
        <w:sdtContent>
          <w:r>
            <w:rPr>
              <w:rStyle w:val="PlaceholderText"/>
            </w:rPr>
            <w:t xml:space="preserve">Concise and informative title of the article (max. 20 words, sentence case, no abbreviations)</w:t>
          </w:r>
        </w:sdtContent>
      </w:sdt>
    </w:p>
    <w:tbl>
      <w:tblPr>
        <w:tblW w:w="9638" w:type="dxa"/>
        <w:tblInd w:w="0" w:type="dxa"/>
        <w:tblBorders>
          <w:top w:val="single" w:sz="12" w:space="0" w:color="033D72"/>
          <w:bottom w:val="single" w:sz="4" w:space="0" w:color="C9D2DC"/>
          <w:insideH w:val="single" w:sz="4" w:space="0" w:color="C9D2DC"/>
        </w:tblBorders>
        <w:tblLayout w:type="fixed"/>
        <w:tblCellMar>
          <w:top w:w="57" w:type="dxa"/>
          <w:left w:w="0" w:type="dxa"/>
          <w:bottom w:w="57" w:type="dxa"/>
          <w:right w:w="57" w:type="dxa"/>
        </w:tblCellMar>
        <w:tblLook w:val="0000" w:firstRow="0" w:lastRow="0" w:firstColumn="0" w:lastColumn="0" w:noHBand="1" w:noVBand="1"/>
      </w:tblPr>
      <w:tblGrid>
        <w:gridCol w:w="340"/>
        <w:gridCol w:w="794"/>
        <w:gridCol w:w="8504"/>
      </w:tblGrid>
      <w:tr>
        <w:trPr>
          <w:cantSplit/>
        </w:trPr>
        <w:tc>
          <w:tcPr>
            <w:tcW w:w="340" w:type="dxa"/>
            <w:tcMar>
              <w:left w:w="0" w:type="dxa"/>
              <w:right w:w="0" w:type="dxa"/>
            </w:tcMar>
            <w:vAlign w:val="center"/>
          </w:tcPr>
          <w:p>
            <w:pPr>
              <w:pStyle w:val="OJSAInfo"/>
              <w:spacing w:after="0"/>
              <w:jc w:val="left"/>
            </w:pPr>
            <w:r>
              <w:rPr>
                <w:rFonts w:ascii="Calibri" w:hAnsi="Calibri" w:cs="Calibri"/>
                <w:b/>
                <w:bCs/>
                <w:color w:val="033D72"/>
                <w:sz w:val="19"/>
                <w:szCs w:val="19"/>
              </w:rPr>
              <w:t xml:space="preserve">1</w:t>
            </w:r>
          </w:p>
        </w:tc>
        <w:tc>
          <w:tcPr>
            <w:tcW w:w="794" w:type="dxa"/>
            <w:tcMar>
              <w:left w:w="0" w:type="dxa"/>
              <w:right w:w="142" w:type="dxa"/>
            </w:tcMar>
            <w:vAlign w:val="center"/>
          </w:tcPr>
          <w:p>
            <w:pPr>
              <w:pStyle w:val="OJSAInfo"/>
              <w:spacing w:after="0"/>
              <w:jc w:val="center"/>
            </w:pPr>
            <w:sdt>
              <w:sdtPr>
                <w:alias w:val="Author · Photo (optional)"/>
                <w:tag w:val="ojsa:author.photo"/>
                <w:id w:val="41038"/>
                <w15:color xmlns:w15="http://schemas.microsoft.com/office/word/2012/wordml" w:val="2E7D32"/>
                <w:picture/>
              </w:sdtPr>
              <w:sdtContent>
                <w:r>
                  <w:drawing>
                    <wp:inline xmlns:a="http://schemas.openxmlformats.org/drawingml/2006/main" xmlns:pic="http://schemas.openxmlformats.org/drawingml/2006/picture" distT="0" distB="0" distL="0" distR="0">
                      <wp:extent cx="342000" cy="342000"/>
                      <wp:docPr id="41037" name="ojsa-author-photo-41037"/>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342000" cy="342000"/>
                              </a:xfrm>
                              <a:prstGeom prst="rect"/>
                            </pic:spPr>
                          </pic:pic>
                        </a:graphicData>
                      </a:graphic>
                    </wp:inline>
                  </w:drawing>
                </w:r>
              </w:sdtContent>
            </w:sdt>
          </w:p>
        </w:tc>
        <w:tc>
          <w:tcPr>
            <w:tcW w:w="8504" w:type="dxa"/>
            <w:tcMar>
              <w:left w:w="0" w:type="dxa"/>
              <w:right w:w="0" w:type="dxa"/>
            </w:tcMar>
            <w:vAlign w:val="center"/>
          </w:tcPr>
          <w:p>
            <w:pPr>
              <w:pStyle w:val="OJSAAuthors"/>
              <w:spacing w:before="0" w:after="0"/>
            </w:pPr>
            <w:sdt>
              <w:sdtPr>
                <w:rPr>
                  <w:rFonts w:ascii="Calibri" w:hAnsi="Calibri" w:cs="Calibri"/>
                  <w:b/>
                  <w:bCs/>
                  <w:sz w:val="19"/>
                  <w:szCs w:val="19"/>
                </w:rPr>
                <w:alias w:val="Author · Author name"/>
                <w:tag w:val="ojsa:author.name"/>
                <w:id w:val="41030"/>
                <w:lock w:val="sdtLocked"/>
                <w:showingPlcHdr/>
                <w15:color xmlns:w15="http://schemas.microsoft.com/office/word/2012/wordml" w:val="2E7D32"/>
                <w:richText/>
              </w:sdtPr>
              <w:sdtContent>
                <w:r>
                  <w:rPr>
                    <w:rStyle w:val="PlaceholderText"/>
                    <w:rFonts w:ascii="Calibri" w:hAnsi="Calibri" w:cs="Calibri"/>
                    <w:b/>
                    <w:bCs/>
                    <w:sz w:val="19"/>
                    <w:szCs w:val="19"/>
                  </w:rPr>
                  <w:t xml:space="preserve">Full name, no titles or degrees</w:t>
                </w:r>
              </w:sdtContent>
            </w:sdt>
            <w:r>
              <w:t xml:space="preserve">   </w:t>
            </w:r>
            <w:sdt>
              <w:sdtPr>
                <w:rPr>
                  <w:rFonts w:ascii="Calibri" w:hAnsi="Calibri" w:cs="Calibri"/>
                  <w:b/>
                  <w:bCs/>
                  <w:caps/>
                  <w:color w:val="007A8A"/>
                  <w:spacing w:val="10"/>
                  <w:sz w:val="12"/>
                  <w:szCs w:val="12"/>
                </w:rPr>
                <w:alias w:val="Author · Contributor role"/>
                <w:tag w:val="ojsa:author.role"/>
                <w:id w:val="41031"/>
                <w:lock w:val="sdtLocked"/>
                <w15:color xmlns:w15="http://schemas.microsoft.com/office/word/2012/wordml" w:val="2E7D32"/>
                <w:dropDownList>
                  <w:listItem w:displayText="Corresponding author" w:value="Corresponding author"/>
                  <w:listItem w:displayText="Author" w:value="Author"/>
                </w:dropDownList>
              </w:sdtPr>
              <w:sdtContent>
                <w:r>
                  <w:rPr>
                    <w:rFonts w:ascii="Calibri" w:hAnsi="Calibri" w:cs="Calibri"/>
                    <w:b/>
                    <w:bCs/>
                    <w:caps/>
                    <w:color w:val="007A8A"/>
                    <w:spacing w:val="10"/>
                    <w:sz w:val="12"/>
                    <w:szCs w:val="12"/>
                  </w:rPr>
                  <w:t xml:space="preserve">Corresponding author</w:t>
                </w:r>
              </w:sdtContent>
            </w:sdt>
          </w:p>
          <w:p>
            <w:pPr>
              <w:pStyle w:val="OJSAAffiliation"/>
              <w:spacing w:after="10"/>
            </w:pPr>
            <w:sdt>
              <w:sdtPr>
                <w:rPr>
                  <w:rFonts w:ascii="Calibri" w:hAnsi="Calibri" w:cs="Calibri"/>
                  <w:sz w:val="14"/>
                  <w:szCs w:val="14"/>
                </w:rPr>
                <w:alias w:val="Author · Affiliation"/>
                <w:tag w:val="ojsa:author.affiliation"/>
                <w:id w:val="41032"/>
                <w:lock w:val="sdtLocked"/>
                <w:showingPlcHdr/>
                <w15:color xmlns:w15="http://schemas.microsoft.com/office/word/2012/wordml" w:val="2E7D32"/>
                <w:richText/>
              </w:sdtPr>
              <w:sdtContent>
                <w:r>
                  <w:rPr>
                    <w:rStyle w:val="PlaceholderText"/>
                    <w:rFonts w:ascii="Calibri" w:hAnsi="Calibri" w:cs="Calibri"/>
                    <w:sz w:val="14"/>
                    <w:szCs w:val="14"/>
                  </w:rPr>
                  <w:t xml:space="preserve">Department, Faculty, University, City, Country</w:t>
                </w:r>
              </w:sdtContent>
            </w:sdt>
          </w:p>
          <w:p>
            <w:pPr>
              <w:pStyle w:val="OJSAInfo"/>
              <w:spacing w:after="0"/>
            </w:pPr>
            <w:r>
              <w:rPr>
                <w:position w:val="-3"/>
              </w:rPr>
              <w:drawing>
                <wp:inline xmlns:a="http://schemas.openxmlformats.org/drawingml/2006/main" xmlns:pic="http://schemas.openxmlformats.org/drawingml/2006/picture" distT="0" distB="0" distL="0" distR="0">
                  <wp:extent cx="93600" cy="93600"/>
                  <wp:docPr id="41033" name="ojsa-icon-41033"/>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93600" cy="93600"/>
                          </a:xfrm>
                          <a:prstGeom prst="rect"/>
                        </pic:spPr>
                      </pic:pic>
                    </a:graphicData>
                  </a:graphic>
                </wp:inline>
              </w:drawing>
            </w:r>
            <w:r>
              <w:rPr>
                <w:rFonts w:ascii="Calibri" w:hAnsi="Calibri" w:cs="Calibri"/>
                <w:sz w:val="14"/>
                <w:szCs w:val="14"/>
              </w:rPr>
              <w:t xml:space="preserve"> </w:t>
            </w:r>
            <w:sdt>
              <w:sdtPr>
                <w:rPr>
                  <w:rFonts w:ascii="Calibri" w:hAnsi="Calibri" w:cs="Calibri"/>
                  <w:sz w:val="14"/>
                  <w:szCs w:val="14"/>
                </w:rPr>
                <w:alias w:val="Author · E-mail"/>
                <w:tag w:val="ojsa:author.email"/>
                <w:id w:val="41034"/>
                <w:lock w:val="sdtLocked"/>
                <w:showingPlcHdr/>
                <w15:color xmlns:w15="http://schemas.microsoft.com/office/word/2012/wordml" w:val="2E7D32"/>
                <w:richText/>
              </w:sdtPr>
              <w:sdtContent>
                <w:r>
                  <w:rPr>
                    <w:rStyle w:val="PlaceholderText"/>
                    <w:rFonts w:ascii="Calibri" w:hAnsi="Calibri" w:cs="Calibri"/>
                    <w:sz w:val="14"/>
                    <w:szCs w:val="14"/>
                  </w:rPr>
                  <w:t xml:space="preserve">name@institution.ac.id</w:t>
                </w:r>
              </w:sdtContent>
            </w:sdt>
            <w:r>
              <w:rPr>
                <w:rFonts w:ascii="Calibri" w:hAnsi="Calibri" w:cs="Calibri"/>
                <w:sz w:val="14"/>
                <w:szCs w:val="14"/>
              </w:rPr>
              <w:t xml:space="preserve">  </w:t>
            </w:r>
            <w:r>
              <w:rPr>
                <w:position w:val="-3"/>
              </w:rPr>
              <w:drawing>
                <wp:inline xmlns:a="http://schemas.openxmlformats.org/drawingml/2006/main" xmlns:pic="http://schemas.openxmlformats.org/drawingml/2006/picture" distT="0" distB="0" distL="0" distR="0">
                  <wp:extent cx="93600" cy="93600"/>
                  <wp:docPr id="41035" name="ojsa-icon-4103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93600" cy="93600"/>
                          </a:xfrm>
                          <a:prstGeom prst="rect"/>
                        </pic:spPr>
                      </pic:pic>
                    </a:graphicData>
                  </a:graphic>
                </wp:inline>
              </w:drawing>
            </w:r>
            <w:r>
              <w:rPr>
                <w:rFonts w:ascii="Calibri" w:hAnsi="Calibri" w:cs="Calibri"/>
                <w:sz w:val="14"/>
                <w:szCs w:val="14"/>
              </w:rPr>
              <w:t xml:space="preserve"> </w:t>
            </w:r>
            <w:sdt>
              <w:sdtPr>
                <w:rPr>
                  <w:rFonts w:ascii="Calibri" w:hAnsi="Calibri" w:cs="Calibri"/>
                  <w:sz w:val="14"/>
                  <w:szCs w:val="14"/>
                </w:rPr>
                <w:alias w:val="Author · ORCID iD"/>
                <w:tag w:val="ojsa:author.orcid"/>
                <w:id w:val="41036"/>
                <w:lock w:val="sdtLocked"/>
                <w:showingPlcHdr/>
                <w15:color xmlns:w15="http://schemas.microsoft.com/office/word/2012/wordml" w:val="2E7D32"/>
                <w:richText/>
              </w:sdtPr>
              <w:sdtContent>
                <w:r>
                  <w:rPr>
                    <w:rStyle w:val="PlaceholderText"/>
                    <w:rFonts w:ascii="Calibri" w:hAnsi="Calibri" w:cs="Calibri"/>
                    <w:sz w:val="14"/>
                    <w:szCs w:val="14"/>
                  </w:rPr>
                  <w:t xml:space="preserve">https://orcid.org/0000-0000-0000-0000</w:t>
                </w:r>
              </w:sdtContent>
            </w:sdt>
          </w:p>
        </w:tc>
      </w:tr>
      <w:tr>
        <w:trPr>
          <w:cantSplit/>
        </w:trPr>
        <w:tc>
          <w:tcPr>
            <w:tcW w:w="340" w:type="dxa"/>
            <w:tcMar>
              <w:left w:w="0" w:type="dxa"/>
              <w:right w:w="0" w:type="dxa"/>
            </w:tcMar>
            <w:vAlign w:val="center"/>
          </w:tcPr>
          <w:p>
            <w:pPr>
              <w:pStyle w:val="OJSAInfo"/>
              <w:spacing w:after="0"/>
              <w:jc w:val="left"/>
            </w:pPr>
            <w:r>
              <w:rPr>
                <w:rFonts w:ascii="Calibri" w:hAnsi="Calibri" w:cs="Calibri"/>
                <w:b/>
                <w:bCs/>
                <w:color w:val="033D72"/>
                <w:sz w:val="19"/>
                <w:szCs w:val="19"/>
              </w:rPr>
              <w:t xml:space="preserve">2</w:t>
            </w:r>
          </w:p>
        </w:tc>
        <w:tc>
          <w:tcPr>
            <w:tcW w:w="794" w:type="dxa"/>
            <w:tcMar>
              <w:left w:w="0" w:type="dxa"/>
              <w:right w:w="142" w:type="dxa"/>
            </w:tcMar>
            <w:vAlign w:val="center"/>
          </w:tcPr>
          <w:p>
            <w:pPr>
              <w:pStyle w:val="OJSAInfo"/>
              <w:spacing w:after="0"/>
              <w:jc w:val="center"/>
            </w:pPr>
            <w:sdt>
              <w:sdtPr>
                <w:alias w:val="Author · Photo (optional)"/>
                <w:tag w:val="ojsa:author.photo"/>
                <w:id w:val="41047"/>
                <w15:color xmlns:w15="http://schemas.microsoft.com/office/word/2012/wordml" w:val="2E7D32"/>
                <w:picture/>
              </w:sdtPr>
              <w:sdtContent>
                <w:r>
                  <w:drawing>
                    <wp:inline xmlns:a="http://schemas.openxmlformats.org/drawingml/2006/main" xmlns:pic="http://schemas.openxmlformats.org/drawingml/2006/picture" distT="0" distB="0" distL="0" distR="0">
                      <wp:extent cx="342000" cy="342000"/>
                      <wp:docPr id="41046" name="ojsa-author-photo-4104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342000" cy="342000"/>
                              </a:xfrm>
                              <a:prstGeom prst="rect"/>
                            </pic:spPr>
                          </pic:pic>
                        </a:graphicData>
                      </a:graphic>
                    </wp:inline>
                  </w:drawing>
                </w:r>
              </w:sdtContent>
            </w:sdt>
          </w:p>
        </w:tc>
        <w:tc>
          <w:tcPr>
            <w:tcW w:w="8504" w:type="dxa"/>
            <w:tcMar>
              <w:left w:w="0" w:type="dxa"/>
              <w:right w:w="0" w:type="dxa"/>
            </w:tcMar>
            <w:vAlign w:val="center"/>
          </w:tcPr>
          <w:p>
            <w:pPr>
              <w:pStyle w:val="OJSAAuthors"/>
              <w:spacing w:before="0" w:after="0"/>
            </w:pPr>
            <w:sdt>
              <w:sdtPr>
                <w:rPr>
                  <w:rFonts w:ascii="Calibri" w:hAnsi="Calibri" w:cs="Calibri"/>
                  <w:b/>
                  <w:bCs/>
                  <w:sz w:val="19"/>
                  <w:szCs w:val="19"/>
                </w:rPr>
                <w:alias w:val="Author · Author name"/>
                <w:tag w:val="ojsa:author.name"/>
                <w:id w:val="41039"/>
                <w:lock w:val="sdtLocked"/>
                <w:showingPlcHdr/>
                <w15:color xmlns:w15="http://schemas.microsoft.com/office/word/2012/wordml" w:val="2E7D32"/>
                <w:richText/>
              </w:sdtPr>
              <w:sdtContent>
                <w:r>
                  <w:rPr>
                    <w:rStyle w:val="PlaceholderText"/>
                    <w:rFonts w:ascii="Calibri" w:hAnsi="Calibri" w:cs="Calibri"/>
                    <w:b/>
                    <w:bCs/>
                    <w:sz w:val="19"/>
                    <w:szCs w:val="19"/>
                  </w:rPr>
                  <w:t xml:space="preserve">Full name, no titles or degrees</w:t>
                </w:r>
              </w:sdtContent>
            </w:sdt>
            <w:r>
              <w:t xml:space="preserve">   </w:t>
            </w:r>
            <w:sdt>
              <w:sdtPr>
                <w:rPr>
                  <w:rFonts w:ascii="Calibri" w:hAnsi="Calibri" w:cs="Calibri"/>
                  <w:b/>
                  <w:bCs/>
                  <w:caps/>
                  <w:color w:val="007A8A"/>
                  <w:spacing w:val="10"/>
                  <w:sz w:val="12"/>
                  <w:szCs w:val="12"/>
                </w:rPr>
                <w:alias w:val="Author · Contributor role"/>
                <w:tag w:val="ojsa:author.role"/>
                <w:id w:val="41040"/>
                <w:lock w:val="sdtLocked"/>
                <w15:color xmlns:w15="http://schemas.microsoft.com/office/word/2012/wordml" w:val="2E7D32"/>
                <w:dropDownList>
                  <w:listItem w:displayText="Corresponding author" w:value="Corresponding author"/>
                  <w:listItem w:displayText="Author" w:value="Author"/>
                </w:dropDownList>
              </w:sdtPr>
              <w:sdtContent>
                <w:r>
                  <w:rPr>
                    <w:rFonts w:ascii="Calibri" w:hAnsi="Calibri" w:cs="Calibri"/>
                    <w:b/>
                    <w:bCs/>
                    <w:caps/>
                    <w:color w:val="007A8A"/>
                    <w:spacing w:val="10"/>
                    <w:sz w:val="12"/>
                    <w:szCs w:val="12"/>
                  </w:rPr>
                  <w:t xml:space="preserve">Author</w:t>
                </w:r>
              </w:sdtContent>
            </w:sdt>
          </w:p>
          <w:p>
            <w:pPr>
              <w:pStyle w:val="OJSAAffiliation"/>
              <w:spacing w:after="10"/>
            </w:pPr>
            <w:sdt>
              <w:sdtPr>
                <w:rPr>
                  <w:rFonts w:ascii="Calibri" w:hAnsi="Calibri" w:cs="Calibri"/>
                  <w:sz w:val="14"/>
                  <w:szCs w:val="14"/>
                </w:rPr>
                <w:alias w:val="Author · Affiliation"/>
                <w:tag w:val="ojsa:author.affiliation"/>
                <w:id w:val="41041"/>
                <w:lock w:val="sdtLocked"/>
                <w:showingPlcHdr/>
                <w15:color xmlns:w15="http://schemas.microsoft.com/office/word/2012/wordml" w:val="2E7D32"/>
                <w:richText/>
              </w:sdtPr>
              <w:sdtContent>
                <w:r>
                  <w:rPr>
                    <w:rStyle w:val="PlaceholderText"/>
                    <w:rFonts w:ascii="Calibri" w:hAnsi="Calibri" w:cs="Calibri"/>
                    <w:sz w:val="14"/>
                    <w:szCs w:val="14"/>
                  </w:rPr>
                  <w:t xml:space="preserve">Department, Faculty, University, City, Country</w:t>
                </w:r>
              </w:sdtContent>
            </w:sdt>
          </w:p>
          <w:p>
            <w:pPr>
              <w:pStyle w:val="OJSAInfo"/>
              <w:spacing w:after="0"/>
            </w:pPr>
            <w:r>
              <w:rPr>
                <w:position w:val="-3"/>
              </w:rPr>
              <w:drawing>
                <wp:inline xmlns:a="http://schemas.openxmlformats.org/drawingml/2006/main" xmlns:pic="http://schemas.openxmlformats.org/drawingml/2006/picture" distT="0" distB="0" distL="0" distR="0">
                  <wp:extent cx="93600" cy="93600"/>
                  <wp:docPr id="41042" name="ojsa-icon-41042"/>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93600" cy="93600"/>
                          </a:xfrm>
                          <a:prstGeom prst="rect"/>
                        </pic:spPr>
                      </pic:pic>
                    </a:graphicData>
                  </a:graphic>
                </wp:inline>
              </w:drawing>
            </w:r>
            <w:r>
              <w:rPr>
                <w:rFonts w:ascii="Calibri" w:hAnsi="Calibri" w:cs="Calibri"/>
                <w:sz w:val="14"/>
                <w:szCs w:val="14"/>
              </w:rPr>
              <w:t xml:space="preserve"> </w:t>
            </w:r>
            <w:sdt>
              <w:sdtPr>
                <w:rPr>
                  <w:rFonts w:ascii="Calibri" w:hAnsi="Calibri" w:cs="Calibri"/>
                  <w:sz w:val="14"/>
                  <w:szCs w:val="14"/>
                </w:rPr>
                <w:alias w:val="Author · E-mail"/>
                <w:tag w:val="ojsa:author.email"/>
                <w:id w:val="41043"/>
                <w:lock w:val="sdtLocked"/>
                <w:showingPlcHdr/>
                <w15:color xmlns:w15="http://schemas.microsoft.com/office/word/2012/wordml" w:val="2E7D32"/>
                <w:richText/>
              </w:sdtPr>
              <w:sdtContent>
                <w:r>
                  <w:rPr>
                    <w:rStyle w:val="PlaceholderText"/>
                    <w:rFonts w:ascii="Calibri" w:hAnsi="Calibri" w:cs="Calibri"/>
                    <w:sz w:val="14"/>
                    <w:szCs w:val="14"/>
                  </w:rPr>
                  <w:t xml:space="preserve">name@institution.ac.id</w:t>
                </w:r>
              </w:sdtContent>
            </w:sdt>
            <w:r>
              <w:rPr>
                <w:rFonts w:ascii="Calibri" w:hAnsi="Calibri" w:cs="Calibri"/>
                <w:sz w:val="14"/>
                <w:szCs w:val="14"/>
              </w:rPr>
              <w:t xml:space="preserve">  </w:t>
            </w:r>
            <w:r>
              <w:rPr>
                <w:position w:val="-3"/>
              </w:rPr>
              <w:drawing>
                <wp:inline xmlns:a="http://schemas.openxmlformats.org/drawingml/2006/main" xmlns:pic="http://schemas.openxmlformats.org/drawingml/2006/picture" distT="0" distB="0" distL="0" distR="0">
                  <wp:extent cx="93600" cy="93600"/>
                  <wp:docPr id="41044" name="ojsa-icon-41044"/>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93600" cy="93600"/>
                          </a:xfrm>
                          <a:prstGeom prst="rect"/>
                        </pic:spPr>
                      </pic:pic>
                    </a:graphicData>
                  </a:graphic>
                </wp:inline>
              </w:drawing>
            </w:r>
            <w:r>
              <w:rPr>
                <w:rFonts w:ascii="Calibri" w:hAnsi="Calibri" w:cs="Calibri"/>
                <w:sz w:val="14"/>
                <w:szCs w:val="14"/>
              </w:rPr>
              <w:t xml:space="preserve"> </w:t>
            </w:r>
            <w:sdt>
              <w:sdtPr>
                <w:rPr>
                  <w:rFonts w:ascii="Calibri" w:hAnsi="Calibri" w:cs="Calibri"/>
                  <w:sz w:val="14"/>
                  <w:szCs w:val="14"/>
                </w:rPr>
                <w:alias w:val="Author · ORCID iD"/>
                <w:tag w:val="ojsa:author.orcid"/>
                <w:id w:val="41045"/>
                <w:lock w:val="sdtLocked"/>
                <w:showingPlcHdr/>
                <w15:color xmlns:w15="http://schemas.microsoft.com/office/word/2012/wordml" w:val="2E7D32"/>
                <w:richText/>
              </w:sdtPr>
              <w:sdtContent>
                <w:r>
                  <w:rPr>
                    <w:rStyle w:val="PlaceholderText"/>
                    <w:rFonts w:ascii="Calibri" w:hAnsi="Calibri" w:cs="Calibri"/>
                    <w:sz w:val="14"/>
                    <w:szCs w:val="14"/>
                  </w:rPr>
                  <w:t xml:space="preserve">https://orcid.org/0000-0000-0000-0000</w:t>
                </w:r>
              </w:sdtContent>
            </w:sdt>
          </w:p>
        </w:tc>
      </w:tr>
      <w:tr>
        <w:trPr>
          <w:cantSplit/>
        </w:trPr>
        <w:tc>
          <w:tcPr>
            <w:tcW w:w="340" w:type="dxa"/>
            <w:tcMar>
              <w:left w:w="0" w:type="dxa"/>
              <w:right w:w="0" w:type="dxa"/>
            </w:tcMar>
            <w:vAlign w:val="center"/>
          </w:tcPr>
          <w:p>
            <w:pPr>
              <w:pStyle w:val="OJSAInfo"/>
              <w:spacing w:after="0"/>
              <w:jc w:val="left"/>
            </w:pPr>
            <w:r>
              <w:rPr>
                <w:rFonts w:ascii="Calibri" w:hAnsi="Calibri" w:cs="Calibri"/>
                <w:b/>
                <w:bCs/>
                <w:color w:val="033D72"/>
                <w:sz w:val="19"/>
                <w:szCs w:val="19"/>
              </w:rPr>
              <w:t xml:space="preserve">3</w:t>
            </w:r>
          </w:p>
        </w:tc>
        <w:tc>
          <w:tcPr>
            <w:tcW w:w="794" w:type="dxa"/>
            <w:tcMar>
              <w:left w:w="0" w:type="dxa"/>
              <w:right w:w="142" w:type="dxa"/>
            </w:tcMar>
            <w:vAlign w:val="center"/>
          </w:tcPr>
          <w:p>
            <w:pPr>
              <w:pStyle w:val="OJSAInfo"/>
              <w:spacing w:after="0"/>
              <w:jc w:val="center"/>
            </w:pPr>
            <w:sdt>
              <w:sdtPr>
                <w:alias w:val="Author · Photo (optional)"/>
                <w:tag w:val="ojsa:author.photo"/>
                <w:id w:val="41056"/>
                <w15:color xmlns:w15="http://schemas.microsoft.com/office/word/2012/wordml" w:val="2E7D32"/>
                <w:picture/>
              </w:sdtPr>
              <w:sdtContent>
                <w:r>
                  <w:drawing>
                    <wp:inline xmlns:a="http://schemas.openxmlformats.org/drawingml/2006/main" xmlns:pic="http://schemas.openxmlformats.org/drawingml/2006/picture" distT="0" distB="0" distL="0" distR="0">
                      <wp:extent cx="342000" cy="342000"/>
                      <wp:docPr id="41055" name="ojsa-author-photo-41055"/>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342000" cy="342000"/>
                              </a:xfrm>
                              <a:prstGeom prst="rect"/>
                            </pic:spPr>
                          </pic:pic>
                        </a:graphicData>
                      </a:graphic>
                    </wp:inline>
                  </w:drawing>
                </w:r>
              </w:sdtContent>
            </w:sdt>
          </w:p>
        </w:tc>
        <w:tc>
          <w:tcPr>
            <w:tcW w:w="8504" w:type="dxa"/>
            <w:tcMar>
              <w:left w:w="0" w:type="dxa"/>
              <w:right w:w="0" w:type="dxa"/>
            </w:tcMar>
            <w:vAlign w:val="center"/>
          </w:tcPr>
          <w:p>
            <w:pPr>
              <w:pStyle w:val="OJSAAuthors"/>
              <w:spacing w:before="0" w:after="0"/>
            </w:pPr>
            <w:sdt>
              <w:sdtPr>
                <w:rPr>
                  <w:rFonts w:ascii="Calibri" w:hAnsi="Calibri" w:cs="Calibri"/>
                  <w:b/>
                  <w:bCs/>
                  <w:sz w:val="19"/>
                  <w:szCs w:val="19"/>
                </w:rPr>
                <w:alias w:val="Author · Author name"/>
                <w:tag w:val="ojsa:author.name"/>
                <w:id w:val="41048"/>
                <w:lock w:val="sdtLocked"/>
                <w:showingPlcHdr/>
                <w15:color xmlns:w15="http://schemas.microsoft.com/office/word/2012/wordml" w:val="2E7D32"/>
                <w:richText/>
              </w:sdtPr>
              <w:sdtContent>
                <w:r>
                  <w:rPr>
                    <w:rStyle w:val="PlaceholderText"/>
                    <w:rFonts w:ascii="Calibri" w:hAnsi="Calibri" w:cs="Calibri"/>
                    <w:b/>
                    <w:bCs/>
                    <w:sz w:val="19"/>
                    <w:szCs w:val="19"/>
                  </w:rPr>
                  <w:t xml:space="preserve">Full name, no titles or degrees</w:t>
                </w:r>
              </w:sdtContent>
            </w:sdt>
            <w:r>
              <w:t xml:space="preserve">   </w:t>
            </w:r>
            <w:sdt>
              <w:sdtPr>
                <w:rPr>
                  <w:rFonts w:ascii="Calibri" w:hAnsi="Calibri" w:cs="Calibri"/>
                  <w:b/>
                  <w:bCs/>
                  <w:caps/>
                  <w:color w:val="007A8A"/>
                  <w:spacing w:val="10"/>
                  <w:sz w:val="12"/>
                  <w:szCs w:val="12"/>
                </w:rPr>
                <w:alias w:val="Author · Contributor role"/>
                <w:tag w:val="ojsa:author.role"/>
                <w:id w:val="41049"/>
                <w:lock w:val="sdtLocked"/>
                <w15:color xmlns:w15="http://schemas.microsoft.com/office/word/2012/wordml" w:val="2E7D32"/>
                <w:dropDownList>
                  <w:listItem w:displayText="Corresponding author" w:value="Corresponding author"/>
                  <w:listItem w:displayText="Author" w:value="Author"/>
                </w:dropDownList>
              </w:sdtPr>
              <w:sdtContent>
                <w:r>
                  <w:rPr>
                    <w:rFonts w:ascii="Calibri" w:hAnsi="Calibri" w:cs="Calibri"/>
                    <w:b/>
                    <w:bCs/>
                    <w:caps/>
                    <w:color w:val="007A8A"/>
                    <w:spacing w:val="10"/>
                    <w:sz w:val="12"/>
                    <w:szCs w:val="12"/>
                  </w:rPr>
                  <w:t xml:space="preserve">Author</w:t>
                </w:r>
              </w:sdtContent>
            </w:sdt>
          </w:p>
          <w:p>
            <w:pPr>
              <w:pStyle w:val="OJSAAffiliation"/>
              <w:spacing w:after="10"/>
            </w:pPr>
            <w:sdt>
              <w:sdtPr>
                <w:rPr>
                  <w:rFonts w:ascii="Calibri" w:hAnsi="Calibri" w:cs="Calibri"/>
                  <w:sz w:val="14"/>
                  <w:szCs w:val="14"/>
                </w:rPr>
                <w:alias w:val="Author · Affiliation"/>
                <w:tag w:val="ojsa:author.affiliation"/>
                <w:id w:val="41050"/>
                <w:lock w:val="sdtLocked"/>
                <w:showingPlcHdr/>
                <w15:color xmlns:w15="http://schemas.microsoft.com/office/word/2012/wordml" w:val="2E7D32"/>
                <w:richText/>
              </w:sdtPr>
              <w:sdtContent>
                <w:r>
                  <w:rPr>
                    <w:rStyle w:val="PlaceholderText"/>
                    <w:rFonts w:ascii="Calibri" w:hAnsi="Calibri" w:cs="Calibri"/>
                    <w:sz w:val="14"/>
                    <w:szCs w:val="14"/>
                  </w:rPr>
                  <w:t xml:space="preserve">Department, Faculty, University, City, Country</w:t>
                </w:r>
              </w:sdtContent>
            </w:sdt>
          </w:p>
          <w:p>
            <w:pPr>
              <w:pStyle w:val="OJSAInfo"/>
              <w:spacing w:after="0"/>
            </w:pPr>
            <w:r>
              <w:rPr>
                <w:position w:val="-3"/>
              </w:rPr>
              <w:drawing>
                <wp:inline xmlns:a="http://schemas.openxmlformats.org/drawingml/2006/main" xmlns:pic="http://schemas.openxmlformats.org/drawingml/2006/picture" distT="0" distB="0" distL="0" distR="0">
                  <wp:extent cx="93600" cy="93600"/>
                  <wp:docPr id="41051" name="ojsa-icon-41051"/>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93600" cy="93600"/>
                          </a:xfrm>
                          <a:prstGeom prst="rect"/>
                        </pic:spPr>
                      </pic:pic>
                    </a:graphicData>
                  </a:graphic>
                </wp:inline>
              </w:drawing>
            </w:r>
            <w:r>
              <w:rPr>
                <w:rFonts w:ascii="Calibri" w:hAnsi="Calibri" w:cs="Calibri"/>
                <w:sz w:val="14"/>
                <w:szCs w:val="14"/>
              </w:rPr>
              <w:t xml:space="preserve"> </w:t>
            </w:r>
            <w:sdt>
              <w:sdtPr>
                <w:rPr>
                  <w:rFonts w:ascii="Calibri" w:hAnsi="Calibri" w:cs="Calibri"/>
                  <w:sz w:val="14"/>
                  <w:szCs w:val="14"/>
                </w:rPr>
                <w:alias w:val="Author · E-mail"/>
                <w:tag w:val="ojsa:author.email"/>
                <w:id w:val="41052"/>
                <w:lock w:val="sdtLocked"/>
                <w:showingPlcHdr/>
                <w15:color xmlns:w15="http://schemas.microsoft.com/office/word/2012/wordml" w:val="2E7D32"/>
                <w:richText/>
              </w:sdtPr>
              <w:sdtContent>
                <w:r>
                  <w:rPr>
                    <w:rStyle w:val="PlaceholderText"/>
                    <w:rFonts w:ascii="Calibri" w:hAnsi="Calibri" w:cs="Calibri"/>
                    <w:sz w:val="14"/>
                    <w:szCs w:val="14"/>
                  </w:rPr>
                  <w:t xml:space="preserve">name@institution.ac.id</w:t>
                </w:r>
              </w:sdtContent>
            </w:sdt>
            <w:r>
              <w:rPr>
                <w:rFonts w:ascii="Calibri" w:hAnsi="Calibri" w:cs="Calibri"/>
                <w:sz w:val="14"/>
                <w:szCs w:val="14"/>
              </w:rPr>
              <w:t xml:space="preserve">  </w:t>
            </w:r>
            <w:r>
              <w:rPr>
                <w:position w:val="-3"/>
              </w:rPr>
              <w:drawing>
                <wp:inline xmlns:a="http://schemas.openxmlformats.org/drawingml/2006/main" xmlns:pic="http://schemas.openxmlformats.org/drawingml/2006/picture" distT="0" distB="0" distL="0" distR="0">
                  <wp:extent cx="93600" cy="93600"/>
                  <wp:docPr id="41053" name="ojsa-icon-41053"/>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93600" cy="93600"/>
                          </a:xfrm>
                          <a:prstGeom prst="rect"/>
                        </pic:spPr>
                      </pic:pic>
                    </a:graphicData>
                  </a:graphic>
                </wp:inline>
              </w:drawing>
            </w:r>
            <w:r>
              <w:rPr>
                <w:rFonts w:ascii="Calibri" w:hAnsi="Calibri" w:cs="Calibri"/>
                <w:sz w:val="14"/>
                <w:szCs w:val="14"/>
              </w:rPr>
              <w:t xml:space="preserve"> </w:t>
            </w:r>
            <w:sdt>
              <w:sdtPr>
                <w:rPr>
                  <w:rFonts w:ascii="Calibri" w:hAnsi="Calibri" w:cs="Calibri"/>
                  <w:sz w:val="14"/>
                  <w:szCs w:val="14"/>
                </w:rPr>
                <w:alias w:val="Author · ORCID iD"/>
                <w:tag w:val="ojsa:author.orcid"/>
                <w:id w:val="41054"/>
                <w:lock w:val="sdtLocked"/>
                <w:showingPlcHdr/>
                <w15:color xmlns:w15="http://schemas.microsoft.com/office/word/2012/wordml" w:val="2E7D32"/>
                <w:richText/>
              </w:sdtPr>
              <w:sdtContent>
                <w:r>
                  <w:rPr>
                    <w:rStyle w:val="PlaceholderText"/>
                    <w:rFonts w:ascii="Calibri" w:hAnsi="Calibri" w:cs="Calibri"/>
                    <w:sz w:val="14"/>
                    <w:szCs w:val="14"/>
                  </w:rPr>
                  <w:t xml:space="preserve">https://orcid.org/0000-0000-0000-0000</w:t>
                </w:r>
              </w:sdtContent>
            </w:sdt>
          </w:p>
        </w:tc>
      </w:tr>
    </w:tbl>
    <w:p>
      <w:pPr>
        <w:pStyle w:val="OJSAInfo"/>
        <w:spacing w:after="160"/>
      </w:pPr>
    </w:p>
    <w:tbl>
      <w:tblPr>
        <w:tblW w:w="9638" w:type="dxa"/>
        <w:tblInd w:w="160" w:type="dxa"/>
        <w:tblBorders>
          <w:top w:val="single" w:sz="18" w:space="0" w:color="033D72"/>
          <w:bottom w:val="single" w:sz="6" w:space="0" w:color="033D72"/>
        </w:tblBorders>
        <w:tblLayout w:type="fixed"/>
        <w:tblCellMar>
          <w:top w:w="140" w:type="dxa"/>
          <w:left w:w="160" w:type="dxa"/>
          <w:bottom w:w="140" w:type="dxa"/>
          <w:right w:w="160" w:type="dxa"/>
        </w:tblCellMar>
        <w:tblLook w:val="0000" w:firstRow="0" w:lastRow="0" w:firstColumn="0" w:lastColumn="0" w:noHBand="1" w:noVBand="1"/>
      </w:tblPr>
      <w:tblGrid>
        <w:gridCol w:w="3500"/>
        <w:gridCol w:w="160"/>
        <w:gridCol w:w="5978"/>
      </w:tblGrid>
      <w:tr>
        <w:trPr>
          <w:cantSplit/>
        </w:trPr>
        <w:tc>
          <w:tcPr>
            <w:tcW w:w="3500" w:type="dxa"/>
            <w:shd w:val="clear" w:color="auto" w:fill="E5EBF0"/>
          </w:tcPr>
          <w:p>
            <w:pPr>
              <w:pStyle w:val="OJSAInfo"/>
              <w:keepNext/>
              <w:spacing w:after="60"/>
            </w:pPr>
            <w:r>
              <w:rPr>
                <w:position w:val="-4"/>
              </w:rPr>
              <w:drawing>
                <wp:inline xmlns:a="http://schemas.openxmlformats.org/drawingml/2006/main" xmlns:pic="http://schemas.openxmlformats.org/drawingml/2006/picture" distT="0" distB="0" distL="0" distR="0">
                  <wp:extent cx="122400" cy="122400"/>
                  <wp:docPr id="41057" name="ojsa-icon-4105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122400" cy="122400"/>
                          </a:xfrm>
                          <a:prstGeom prst="rect"/>
                        </pic:spPr>
                      </pic:pic>
                    </a:graphicData>
                  </a:graphic>
                </wp:inline>
              </w:drawing>
            </w:r>
            <w:r>
              <w:rPr>
                <w:rFonts w:ascii="Calibri" w:hAnsi="Calibri" w:cs="Calibri"/>
                <w:sz w:val="16"/>
                <w:szCs w:val="16"/>
              </w:rPr>
              <w:t xml:space="preserve"> </w:t>
            </w:r>
            <w:r>
              <w:rPr>
                <w:rFonts w:ascii="Calibri" w:hAnsi="Calibri" w:cs="Calibri"/>
                <w:b/>
                <w:bCs/>
                <w:caps/>
                <w:color w:val="033D72"/>
                <w:spacing w:val="14"/>
                <w:sz w:val="16"/>
                <w:szCs w:val="16"/>
              </w:rPr>
              <w:t xml:space="preserve">Article history</w:t>
            </w:r>
          </w:p>
          <w:p>
            <w:pPr>
              <w:pStyle w:val="OJSAInfo"/>
              <w:tabs>
                <w:tab w:val="left" w:pos="1000"/>
              </w:tabs>
              <w:spacing w:after="30"/>
            </w:pPr>
            <w:r>
              <w:rPr>
                <w:rFonts w:ascii="Calibri" w:hAnsi="Calibri" w:cs="Calibri"/>
                <w:color w:val="5F6B7A"/>
                <w:sz w:val="17"/>
                <w:szCs w:val="17"/>
              </w:rPr>
              <w:t xml:space="preserve">Received</w:t>
            </w:r>
            <w:r>
              <w:tab/>
            </w:r>
            <w:sdt>
              <w:sdtPr>
                <w:rPr>
                  <w:rFonts w:ascii="Calibri" w:hAnsi="Calibri" w:cs="Calibri"/>
                  <w:b/>
                  <w:bCs/>
                  <w:color w:val="1F2933"/>
                  <w:sz w:val="17"/>
                  <w:szCs w:val="17"/>
                </w:rPr>
                <w:alias w:val="Desk Editorial · Received"/>
                <w:tag w:val="ojsa:received"/>
                <w:id w:val="41058"/>
                <w:lock w:val="sdtLocked"/>
                <w:dataBinding w:prefixMappings="xmlns:m='urn:ojs-agents:manuscript:1'" w:xpath="/m:manuscript[1]/m:history[1]/m:received[1]" w:storeItemID="{74DE08B8-B464-4A5A-A104-DCA6F1E37B06}"/>
                <w15:color xmlns:w15="http://schemas.microsoft.com/office/word/2012/wordml" w:val="033D72"/>
                <w:text/>
              </w:sdtPr>
              <w:sdtContent>
                <w:r>
                  <w:rPr>
                    <w:rStyle w:val="OJSAPending"/>
                    <w:rFonts w:ascii="Calibri" w:hAnsi="Calibri" w:cs="Calibri"/>
                    <w:b/>
                    <w:bCs/>
                    <w:color w:val="1F2933"/>
                    <w:sz w:val="17"/>
                    <w:szCs w:val="17"/>
                    <w:u w:val="dotted" w:color="007A8A"/>
                    <w:shd w:val="clear" w:color="auto" w:fill="C6E1E5"/>
                  </w:rPr>
                  <w:t xml:space="preserve">dd Month yyyy</w:t>
                </w:r>
              </w:sdtContent>
            </w:sdt>
          </w:p>
          <w:p>
            <w:pPr>
              <w:pStyle w:val="OJSAInfo"/>
              <w:tabs>
                <w:tab w:val="left" w:pos="1000"/>
              </w:tabs>
              <w:spacing w:after="30"/>
            </w:pPr>
            <w:r>
              <w:rPr>
                <w:rFonts w:ascii="Calibri" w:hAnsi="Calibri" w:cs="Calibri"/>
                <w:color w:val="5F6B7A"/>
                <w:sz w:val="17"/>
                <w:szCs w:val="17"/>
              </w:rPr>
              <w:t xml:space="preserve">Revised</w:t>
            </w:r>
            <w:r>
              <w:tab/>
            </w:r>
            <w:sdt>
              <w:sdtPr>
                <w:rPr>
                  <w:rFonts w:ascii="Calibri" w:hAnsi="Calibri" w:cs="Calibri"/>
                  <w:b/>
                  <w:bCs/>
                  <w:color w:val="1F2933"/>
                  <w:sz w:val="17"/>
                  <w:szCs w:val="17"/>
                </w:rPr>
                <w:alias w:val="Desk Editorial · Revised"/>
                <w:tag w:val="ojsa:revised"/>
                <w:id w:val="41059"/>
                <w:lock w:val="sdtLocked"/>
                <w:dataBinding w:prefixMappings="xmlns:m='urn:ojs-agents:manuscript:1'" w:xpath="/m:manuscript[1]/m:history[1]/m:revised[1]" w:storeItemID="{74DE08B8-B464-4A5A-A104-DCA6F1E37B06}"/>
                <w15:color xmlns:w15="http://schemas.microsoft.com/office/word/2012/wordml" w:val="033D72"/>
                <w:text/>
              </w:sdtPr>
              <w:sdtContent>
                <w:r>
                  <w:rPr>
                    <w:rStyle w:val="OJSAPending"/>
                    <w:rFonts w:ascii="Calibri" w:hAnsi="Calibri" w:cs="Calibri"/>
                    <w:b/>
                    <w:bCs/>
                    <w:color w:val="1F2933"/>
                    <w:sz w:val="17"/>
                    <w:szCs w:val="17"/>
                    <w:u w:val="dotted" w:color="007A8A"/>
                    <w:shd w:val="clear" w:color="auto" w:fill="C6E1E5"/>
                  </w:rPr>
                  <w:t xml:space="preserve">dd Month yyyy</w:t>
                </w:r>
              </w:sdtContent>
            </w:sdt>
          </w:p>
          <w:p>
            <w:pPr>
              <w:pStyle w:val="OJSAInfo"/>
              <w:tabs>
                <w:tab w:val="left" w:pos="1000"/>
              </w:tabs>
              <w:spacing w:after="30"/>
            </w:pPr>
            <w:r>
              <w:rPr>
                <w:rFonts w:ascii="Calibri" w:hAnsi="Calibri" w:cs="Calibri"/>
                <w:color w:val="5F6B7A"/>
                <w:sz w:val="17"/>
                <w:szCs w:val="17"/>
              </w:rPr>
              <w:t xml:space="preserve">Accepted</w:t>
            </w:r>
            <w:r>
              <w:tab/>
            </w:r>
            <w:sdt>
              <w:sdtPr>
                <w:rPr>
                  <w:rFonts w:ascii="Calibri" w:hAnsi="Calibri" w:cs="Calibri"/>
                  <w:b/>
                  <w:bCs/>
                  <w:color w:val="1F2933"/>
                  <w:sz w:val="17"/>
                  <w:szCs w:val="17"/>
                </w:rPr>
                <w:alias w:val="Desk Editorial · Accepted"/>
                <w:tag w:val="ojsa:accepted"/>
                <w:id w:val="41060"/>
                <w:lock w:val="sdtLocked"/>
                <w:dataBinding w:prefixMappings="xmlns:m='urn:ojs-agents:manuscript:1'" w:xpath="/m:manuscript[1]/m:history[1]/m:accepted[1]" w:storeItemID="{74DE08B8-B464-4A5A-A104-DCA6F1E37B06}"/>
                <w15:color xmlns:w15="http://schemas.microsoft.com/office/word/2012/wordml" w:val="033D72"/>
                <w:text/>
              </w:sdtPr>
              <w:sdtContent>
                <w:r>
                  <w:rPr>
                    <w:rStyle w:val="OJSAPending"/>
                    <w:rFonts w:ascii="Calibri" w:hAnsi="Calibri" w:cs="Calibri"/>
                    <w:b/>
                    <w:bCs/>
                    <w:color w:val="1F2933"/>
                    <w:sz w:val="17"/>
                    <w:szCs w:val="17"/>
                    <w:u w:val="dotted" w:color="007A8A"/>
                    <w:shd w:val="clear" w:color="auto" w:fill="C6E1E5"/>
                  </w:rPr>
                  <w:t xml:space="preserve">dd Month yyyy</w:t>
                </w:r>
              </w:sdtContent>
            </w:sdt>
          </w:p>
          <w:p>
            <w:pPr>
              <w:pStyle w:val="OJSAInfo"/>
              <w:tabs>
                <w:tab w:val="left" w:pos="1000"/>
              </w:tabs>
              <w:spacing w:after="30"/>
            </w:pPr>
            <w:r>
              <w:rPr>
                <w:rFonts w:ascii="Calibri" w:hAnsi="Calibri" w:cs="Calibri"/>
                <w:color w:val="5F6B7A"/>
                <w:sz w:val="17"/>
                <w:szCs w:val="17"/>
              </w:rPr>
              <w:t xml:space="preserve">Published</w:t>
            </w:r>
            <w:r>
              <w:tab/>
            </w:r>
            <w:sdt>
              <w:sdtPr>
                <w:rPr>
                  <w:rFonts w:ascii="Calibri" w:hAnsi="Calibri" w:cs="Calibri"/>
                  <w:b/>
                  <w:bCs/>
                  <w:color w:val="1F2933"/>
                  <w:sz w:val="17"/>
                  <w:szCs w:val="17"/>
                </w:rPr>
                <w:alias w:val="Desk Editorial · Published"/>
                <w:tag w:val="ojsa:published"/>
                <w:id w:val="41061"/>
                <w:lock w:val="sdtLocked"/>
                <w:dataBinding w:prefixMappings="xmlns:m='urn:ojs-agents:manuscript:1'" w:xpath="/m:manuscript[1]/m:history[1]/m:published[1]" w:storeItemID="{74DE08B8-B464-4A5A-A104-DCA6F1E37B06}"/>
                <w15:color xmlns:w15="http://schemas.microsoft.com/office/word/2012/wordml" w:val="033D72"/>
                <w:text/>
              </w:sdtPr>
              <w:sdtContent>
                <w:r>
                  <w:rPr>
                    <w:rStyle w:val="OJSAPending"/>
                    <w:rFonts w:ascii="Calibri" w:hAnsi="Calibri" w:cs="Calibri"/>
                    <w:b/>
                    <w:bCs/>
                    <w:color w:val="1F2933"/>
                    <w:sz w:val="17"/>
                    <w:szCs w:val="17"/>
                    <w:u w:val="dotted" w:color="007A8A"/>
                    <w:shd w:val="clear" w:color="auto" w:fill="C6E1E5"/>
                  </w:rPr>
                  <w:t xml:space="preserve">dd Month yyyy</w:t>
                </w:r>
              </w:sdtContent>
            </w:sdt>
          </w:p>
          <w:p>
            <w:pPr>
              <w:pStyle w:val="OJSAInfo"/>
              <w:keepNext/>
              <w:spacing w:before="160" w:after="40"/>
            </w:pPr>
            <w:r>
              <w:rPr>
                <w:position w:val="-4"/>
              </w:rPr>
              <w:drawing>
                <wp:inline xmlns:a="http://schemas.openxmlformats.org/drawingml/2006/main" xmlns:pic="http://schemas.openxmlformats.org/drawingml/2006/picture" distT="0" distB="0" distL="0" distR="0">
                  <wp:extent cx="122400" cy="122400"/>
                  <wp:docPr id="41062" name="ojsa-icon-41062"/>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122400" cy="122400"/>
                          </a:xfrm>
                          <a:prstGeom prst="rect"/>
                        </pic:spPr>
                      </pic:pic>
                    </a:graphicData>
                  </a:graphic>
                </wp:inline>
              </w:drawing>
            </w:r>
            <w:r>
              <w:rPr>
                <w:rFonts w:ascii="Calibri" w:hAnsi="Calibri" w:cs="Calibri"/>
                <w:sz w:val="16"/>
                <w:szCs w:val="16"/>
              </w:rPr>
              <w:t xml:space="preserve"> </w:t>
            </w:r>
            <w:r>
              <w:rPr>
                <w:rFonts w:ascii="Calibri" w:hAnsi="Calibri" w:cs="Calibri"/>
                <w:b/>
                <w:bCs/>
                <w:caps/>
                <w:color w:val="033D72"/>
                <w:spacing w:val="14"/>
                <w:sz w:val="16"/>
                <w:szCs w:val="16"/>
              </w:rPr>
              <w:t xml:space="preserve">Keywords</w:t>
            </w:r>
          </w:p>
          <w:p>
            <w:pPr>
              <w:pStyle w:val="OJSAInfo"/>
            </w:pPr>
            <w:sdt>
              <w:sdtPr>
                <w:rPr>
                  <w:rFonts w:ascii="Calibri" w:hAnsi="Calibri" w:cs="Calibri"/>
                  <w:sz w:val="17"/>
                  <w:szCs w:val="17"/>
                </w:rPr>
                <w:alias w:val="Author · Keywords"/>
                <w:tag w:val="ojsa:keywords"/>
                <w:id w:val="41063"/>
                <w:lock w:val="sdtLocked"/>
                <w:showingPlcHdr/>
                <w15:color xmlns:w15="http://schemas.microsoft.com/office/word/2012/wordml" w:val="2E7D32"/>
                <w:richText/>
              </w:sdtPr>
              <w:sdtContent>
                <w:r>
                  <w:rPr>
                    <w:rStyle w:val="PlaceholderText"/>
                    <w:rFonts w:ascii="Calibri" w:hAnsi="Calibri" w:cs="Calibri"/>
                    <w:sz w:val="17"/>
                    <w:szCs w:val="17"/>
                  </w:rPr>
                  <w:t xml:space="preserve">keyword one; keyword two; keyword three; keyword four (3–6 keywords, separated by semicolons)</w:t>
                </w:r>
              </w:sdtContent>
            </w:sdt>
          </w:p>
          <w:p>
            <w:pPr>
              <w:pStyle w:val="OJSAInfo"/>
              <w:keepNext/>
              <w:spacing w:before="160" w:after="40"/>
            </w:pPr>
            <w:r>
              <w:rPr>
                <w:position w:val="-4"/>
              </w:rPr>
              <w:drawing>
                <wp:inline xmlns:a="http://schemas.openxmlformats.org/drawingml/2006/main" xmlns:pic="http://schemas.openxmlformats.org/drawingml/2006/picture" distT="0" distB="0" distL="0" distR="0">
                  <wp:extent cx="122400" cy="122400"/>
                  <wp:docPr id="41064" name="ojsa-icon-41064"/>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122400" cy="122400"/>
                          </a:xfrm>
                          <a:prstGeom prst="rect"/>
                        </pic:spPr>
                      </pic:pic>
                    </a:graphicData>
                  </a:graphic>
                </wp:inline>
              </w:drawing>
            </w:r>
            <w:r>
              <w:rPr>
                <w:rFonts w:ascii="Calibri" w:hAnsi="Calibri" w:cs="Calibri"/>
                <w:sz w:val="16"/>
                <w:szCs w:val="16"/>
              </w:rPr>
              <w:t xml:space="preserve"> </w:t>
            </w:r>
            <w:r>
              <w:rPr>
                <w:rFonts w:ascii="Calibri" w:hAnsi="Calibri" w:cs="Calibri"/>
                <w:b/>
                <w:bCs/>
                <w:caps/>
                <w:color w:val="033D72"/>
                <w:spacing w:val="14"/>
                <w:sz w:val="16"/>
                <w:szCs w:val="16"/>
              </w:rPr>
              <w:t xml:space="preserve">DOI</w:t>
            </w:r>
          </w:p>
          <w:p>
            <w:pPr>
              <w:pStyle w:val="OJSAInfo"/>
            </w:pPr>
            <w:r>
              <w:rPr>
                <w:rFonts w:ascii="Calibri" w:hAnsi="Calibri" w:cs="Calibri"/>
                <w:color w:val="033D72"/>
                <w:sz w:val="17"/>
                <w:szCs w:val="17"/>
              </w:rPr>
              <w:t xml:space="preserve">https://doi.org/</w:t>
            </w:r>
            <w:sdt>
              <w:sdtPr>
                <w:rPr>
                  <w:rFonts w:ascii="Calibri" w:hAnsi="Calibri" w:cs="Calibri"/>
                  <w:color w:val="033D72"/>
                  <w:sz w:val="17"/>
                  <w:szCs w:val="17"/>
                </w:rPr>
                <w:alias w:val="Desk Editorial · DOI"/>
                <w:tag w:val="ojsa:doi"/>
                <w:id w:val="41065"/>
                <w:lock w:val="sdtLocked"/>
                <w:dataBinding w:prefixMappings="xmlns:m='urn:ojs-agents:manuscript:1'" w:xpath="/m:manuscript[1]/m:publication[1]/m:doi[1]" w:storeItemID="{74DE08B8-B464-4A5A-A104-DCA6F1E37B06}"/>
                <w15:color xmlns:w15="http://schemas.microsoft.com/office/word/2012/wordml" w:val="033D72"/>
                <w:text/>
              </w:sdtPr>
              <w:sdtContent>
                <w:r>
                  <w:rPr>
                    <w:rStyle w:val="OJSAPending"/>
                    <w:rFonts w:ascii="Calibri" w:hAnsi="Calibri" w:cs="Calibri"/>
                    <w:color w:val="033D72"/>
                    <w:sz w:val="17"/>
                    <w:szCs w:val="17"/>
                    <w:u w:val="dotted" w:color="007A8A"/>
                    <w:shd w:val="clear" w:color="auto" w:fill="C6E1E5"/>
                  </w:rPr>
                  <w:t xml:space="preserve">10.xxxxx/xxxxx</w:t>
                </w:r>
              </w:sdtContent>
            </w:sdt>
          </w:p>
          <w:p>
            <w:pPr>
              <w:pStyle w:val="OJSAInfo"/>
              <w:keepNext/>
              <w:spacing w:before="160" w:after="40"/>
            </w:pPr>
            <w:r>
              <w:rPr>
                <w:position w:val="-4"/>
              </w:rPr>
              <w:drawing>
                <wp:inline xmlns:a="http://schemas.openxmlformats.org/drawingml/2006/main" xmlns:pic="http://schemas.openxmlformats.org/drawingml/2006/picture" distT="0" distB="0" distL="0" distR="0">
                  <wp:extent cx="122400" cy="122400"/>
                  <wp:docPr id="41066" name="ojsa-icon-41066"/>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122400" cy="122400"/>
                          </a:xfrm>
                          <a:prstGeom prst="rect"/>
                        </pic:spPr>
                      </pic:pic>
                    </a:graphicData>
                  </a:graphic>
                </wp:inline>
              </w:drawing>
            </w:r>
            <w:r>
              <w:rPr>
                <w:rFonts w:ascii="Calibri" w:hAnsi="Calibri" w:cs="Calibri"/>
                <w:sz w:val="16"/>
                <w:szCs w:val="16"/>
              </w:rPr>
              <w:t xml:space="preserve"> </w:t>
            </w:r>
            <w:r>
              <w:rPr>
                <w:rFonts w:ascii="Calibri" w:hAnsi="Calibri" w:cs="Calibri"/>
                <w:b/>
                <w:bCs/>
                <w:caps/>
                <w:color w:val="033D72"/>
                <w:spacing w:val="14"/>
                <w:sz w:val="16"/>
                <w:szCs w:val="16"/>
              </w:rPr>
              <w:t xml:space="preserve">Article link</w:t>
            </w:r>
          </w:p>
          <w:p>
            <w:pPr>
              <w:pStyle w:val="OJSAInfo"/>
            </w:pPr>
            <w:sdt>
              <w:sdtPr>
                <w:rPr>
                  <w:rFonts w:ascii="Calibri" w:hAnsi="Calibri" w:cs="Calibri"/>
                  <w:color w:val="033D72"/>
                  <w:sz w:val="15"/>
                  <w:szCs w:val="15"/>
                </w:rPr>
                <w:alias w:val="Desk Editorial · Article URL"/>
                <w:tag w:val="ojsa:article_url"/>
                <w:id w:val="41067"/>
                <w:lock w:val="sdtLocked"/>
                <w:dataBinding w:prefixMappings="xmlns:m='urn:ojs-agents:manuscript:1'" w:xpath="/m:manuscript[1]/m:publication[1]/m:url[1]" w:storeItemID="{74DE08B8-B464-4A5A-A104-DCA6F1E37B06}"/>
                <w15:color xmlns:w15="http://schemas.microsoft.com/office/word/2012/wordml" w:val="033D72"/>
                <w:text/>
              </w:sdtPr>
              <w:sdtContent>
                <w:r>
                  <w:rPr>
                    <w:rStyle w:val="OJSAPending"/>
                    <w:rFonts w:ascii="Calibri" w:hAnsi="Calibri" w:cs="Calibri"/>
                    <w:color w:val="033D72"/>
                    <w:sz w:val="15"/>
                    <w:szCs w:val="15"/>
                    <w:u w:val="dotted" w:color="007A8A"/>
                    <w:shd w:val="clear" w:color="auto" w:fill="C6E1E5"/>
                  </w:rPr>
                  <w:t xml:space="preserve">https://journal.example.org/article/view/xxx</w:t>
                </w:r>
              </w:sdtContent>
            </w:sdt>
          </w:p>
        </w:tc>
        <w:tc>
          <w:tcPr>
            <w:tcW w:w="160" w:type="dxa"/>
          </w:tcPr>
          <w:p/>
        </w:tc>
        <w:tc>
          <w:tcPr>
            <w:tcW w:w="5978" w:type="dxa"/>
          </w:tcPr>
          <w:p>
            <w:pPr>
              <w:pStyle w:val="OJSAInfo"/>
              <w:pBdr>
                <w:bottom w:val="single" w:sz="4" w:space="4" w:color="C9D2DC"/>
              </w:pBdr>
              <w:spacing w:after="80"/>
            </w:pPr>
            <w:r>
              <w:rPr>
                <w:rFonts w:ascii="Calibri" w:hAnsi="Calibri" w:cs="Calibri"/>
                <w:b/>
                <w:bCs/>
                <w:caps/>
                <w:color w:val="033D72"/>
                <w:spacing w:val="14"/>
                <w:sz w:val="16"/>
                <w:szCs w:val="16"/>
              </w:rPr>
              <w:t xml:space="preserve">Abstract</w:t>
            </w:r>
          </w:p>
          <w:sdt>
            <w:sdtPr>
              <w:alias w:val="Author · Abstract"/>
              <w:tag w:val="ojsa:abstract"/>
              <w:id w:val="41068"/>
              <w:lock w:val="sdtLocked"/>
              <w:showingPlcHdr/>
              <w15:color xmlns:w15="http://schemas.microsoft.com/office/word/2012/wordml" w:val="2E7D32"/>
              <w:richText/>
            </w:sdtPr>
            <w:sdtContent>
              <w:p>
                <w:pPr>
                  <w:pStyle w:val="OJSAAbstract"/>
                </w:pPr>
                <w:r>
                  <w:rPr>
                    <w:rStyle w:val="PlaceholderText"/>
                  </w:rPr>
                  <w:t xml:space="preserve">Write a single-paragraph abstract of 150–250 words. Background: state the problem and the gap. Objective: state the aim. Methods: summarise the design, sample, data and analysis. Results: give the main findings with key numbers. Conclusion: state the contribution and implications. Do not cite references in the abstract.</w:t>
                </w:r>
              </w:p>
            </w:sdtContent>
          </w:sdt>
        </w:tc>
      </w:tr>
    </w:tbl>
    <w:p>
      <w:pPr>
        <w:pStyle w:val="OJSAInfo"/>
        <w:spacing w:after="60"/>
      </w:pPr>
    </w:p>
    <w:tbl>
      <w:tblPr>
        <w:tblW w:w="9638" w:type="dxa"/>
        <w:tblInd w:w="170" w:type="dxa"/>
        <w:tblBorders>
          <w:left w:val="single" w:sz="24" w:space="0" w:color="007A8A"/>
        </w:tblBorders>
        <w:tblLayout w:type="fixed"/>
        <w:tblCellMar>
          <w:top w:w="80" w:type="dxa"/>
          <w:left w:w="170" w:type="dxa"/>
          <w:bottom w:w="80" w:type="dxa"/>
          <w:right w:w="0" w:type="dxa"/>
        </w:tblCellMar>
        <w:tblLook w:val="0000" w:firstRow="0" w:lastRow="0" w:firstColumn="0" w:lastColumn="0" w:noHBand="1" w:noVBand="1"/>
      </w:tblPr>
      <w:tblGrid>
        <w:gridCol w:w="9638"/>
      </w:tblGrid>
      <w:tr>
        <w:trPr>
          <w:cantSplit/>
        </w:trPr>
        <w:tc>
          <w:tcPr>
            <w:tcW w:w="9638" w:type="dxa"/>
            <w:shd w:val="clear" w:color="auto" w:fill="E0EFF0"/>
            <w:tcMar>
              <w:left w:w="170" w:type="dxa"/>
              <w:right w:w="113" w:type="dxa"/>
            </w:tcMar>
          </w:tcPr>
          <w:p>
            <w:pPr>
              <w:pStyle w:val="OJSAInfo"/>
              <w:keepNext/>
              <w:spacing w:after="20"/>
            </w:pPr>
            <w:r>
              <w:rPr>
                <w:rFonts w:ascii="Calibri" w:hAnsi="Calibri" w:cs="Calibri"/>
                <w:b/>
                <w:bCs/>
                <w:caps/>
                <w:color w:val="007A8A"/>
                <w:spacing w:val="12"/>
                <w:sz w:val="16"/>
                <w:szCs w:val="16"/>
              </w:rPr>
              <w:t xml:space="preserve">How to cite</w:t>
            </w:r>
          </w:p>
          <w:p>
            <w:pPr>
              <w:pStyle w:val="OJSAInfo"/>
              <w:spacing w:after="0"/>
            </w:pPr>
            <w:sdt>
              <w:sdtPr>
                <w:rPr>
                  <w:rFonts w:ascii="Calibri" w:hAnsi="Calibri" w:cs="Calibri"/>
                  <w:color w:val="1F2933"/>
                  <w:sz w:val="17"/>
                  <w:szCs w:val="17"/>
                </w:rPr>
                <w:alias w:val="Desk Editorial · How to cite"/>
                <w:tag w:val="ojsa:how_to_cite"/>
                <w:id w:val="41069"/>
                <w:lock w:val="sdtLocked"/>
                <w:dataBinding w:prefixMappings="xmlns:m='urn:ojs-agents:manuscript:1'" w:xpath="/m:manuscript[1]/m:article[1]/m:howToCite[1]" w:storeItemID="{74DE08B8-B464-4A5A-A104-DCA6F1E37B06}"/>
                <w15:color xmlns:w15="http://schemas.microsoft.com/office/word/2012/wordml" w:val="033D72"/>
                <w:text/>
              </w:sdtPr>
              <w:sdtContent>
                <w:r>
                  <w:rPr>
                    <w:rStyle w:val="OJSAPending"/>
                    <w:rFonts w:ascii="Calibri" w:hAnsi="Calibri" w:cs="Calibri"/>
                    <w:color w:val="1F2933"/>
                    <w:sz w:val="17"/>
                    <w:szCs w:val="17"/>
                    <w:u w:val="dotted" w:color="007A8A"/>
                    <w:shd w:val="clear" w:color="auto" w:fill="C6E1E5"/>
                  </w:rPr>
                  <w:t xml:space="preserve">Author, A., &amp; Author, B. (20xx). Title of the article. Journal Name, x(x), xx–xx. https://doi.org/10.xxxxx/xxxxx</w:t>
                </w:r>
              </w:sdtContent>
            </w:sdt>
          </w:p>
        </w:tc>
      </w:tr>
    </w:tbl>
    <w:p>
      <w:pPr>
        <w:pStyle w:val="OJSAInfo"/>
        <w:spacing w:after="60"/>
      </w:pPr>
    </w:p>
    <w:tbl>
      <w:tblPr>
        <w:tblW w:w="9638" w:type="dxa"/>
        <w:tblInd w:w="80" w:type="dxa"/>
        <w:tblBorders>
          <w:bottom w:val="single" w:sz="4" w:space="0" w:color="C9D2DC"/>
        </w:tblBorders>
        <w:tblLayout w:type="fixed"/>
        <w:tblCellMar>
          <w:top w:w="80" w:type="dxa"/>
          <w:left w:w="80" w:type="dxa"/>
          <w:bottom w:w="80" w:type="dxa"/>
          <w:right w:w="80" w:type="dxa"/>
        </w:tblCellMar>
        <w:tblLook w:val="0000" w:firstRow="0" w:lastRow="0" w:firstColumn="0" w:lastColumn="0" w:noHBand="1" w:noVBand="1"/>
      </w:tblPr>
      <w:tblGrid>
        <w:gridCol w:w="1650"/>
        <w:gridCol w:w="7988"/>
      </w:tblGrid>
      <w:tr>
        <w:trPr>
          <w:cantSplit/>
        </w:trPr>
        <w:tc>
          <w:tcPr>
            <w:tcW w:w="1650" w:type="dxa"/>
            <w:vAlign w:val="center"/>
          </w:tcPr>
          <w:p>
            <w:pPr>
              <w:pStyle w:val="OJSAInfo"/>
              <w:spacing w:after="0"/>
            </w:pPr>
            <w:sdt>
              <w:sdtPr>
                <w:alias w:val="Desk Editorial · License badge"/>
                <w:tag w:val="ojsa:img:license"/>
                <w:id w:val="41071"/>
                <w:lock w:val="sdtLocked"/>
                <w15:color xmlns:w15="http://schemas.microsoft.com/office/word/2012/wordml" w:val="033D72"/>
                <w:picture/>
              </w:sdtPr>
              <w:sdtContent>
                <w:r>
                  <w:drawing>
                    <wp:inline xmlns:a="http://schemas.openxmlformats.org/drawingml/2006/main" xmlns:pic="http://schemas.openxmlformats.org/drawingml/2006/picture" distT="0" distB="0" distL="0" distR="0">
                      <wp:extent cx="864000" cy="306000"/>
                      <wp:docPr id="41070" name="ojsa-license-41070"/>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864000" cy="306000"/>
                              </a:xfrm>
                              <a:prstGeom prst="rect"/>
                            </pic:spPr>
                          </pic:pic>
                        </a:graphicData>
                      </a:graphic>
                    </wp:inline>
                  </w:drawing>
                </w:r>
              </w:sdtContent>
            </w:sdt>
          </w:p>
        </w:tc>
        <w:tc>
          <w:tcPr>
            <w:tcW w:w="7988" w:type="dxa"/>
            <w:vAlign w:val="center"/>
          </w:tcPr>
          <w:p>
            <w:pPr>
              <w:pStyle w:val="OJSAInfo"/>
              <w:spacing w:after="0"/>
            </w:pPr>
            <w:r>
              <w:rPr>
                <w:rFonts w:ascii="Calibri" w:hAnsi="Calibri" w:cs="Calibri"/>
                <w:b/>
                <w:bCs/>
                <w:color w:val="1F2933"/>
                <w:sz w:val="15"/>
                <w:szCs w:val="15"/>
              </w:rPr>
              <w:t xml:space="preserve">© </w:t>
            </w:r>
            <w:sdt>
              <w:sdtPr>
                <w:rPr>
                  <w:rFonts w:ascii="Calibri" w:hAnsi="Calibri" w:cs="Calibri"/>
                  <w:b/>
                  <w:bCs/>
                  <w:color w:val="1F2933"/>
                  <w:sz w:val="15"/>
                  <w:szCs w:val="15"/>
                </w:rPr>
                <w:alias w:val="Desk Editorial · Year"/>
                <w:tag w:val="ojsa:year"/>
                <w:id w:val="41072"/>
                <w:lock w:val="sdtLocked"/>
                <w:dataBinding w:prefixMappings="xmlns:m='urn:ojs-agents:manuscript:1'" w:xpath="/m:manuscript[1]/m:publication[1]/m:year[1]" w:storeItemID="{74DE08B8-B464-4A5A-A104-DCA6F1E37B06}"/>
                <w15:color xmlns:w15="http://schemas.microsoft.com/office/word/2012/wordml" w:val="033D72"/>
                <w:text/>
              </w:sdtPr>
              <w:sdtContent>
                <w:r>
                  <w:rPr>
                    <w:rStyle w:val="OJSAPending"/>
                    <w:rFonts w:ascii="Calibri" w:hAnsi="Calibri" w:cs="Calibri"/>
                    <w:b/>
                    <w:bCs/>
                    <w:color w:val="1F2933"/>
                    <w:sz w:val="15"/>
                    <w:szCs w:val="15"/>
                    <w:u w:val="dotted" w:color="007A8A"/>
                    <w:shd w:val="clear" w:color="auto" w:fill="C6E1E5"/>
                  </w:rPr>
                  <w:t xml:space="preserve">20xx</w:t>
                </w:r>
              </w:sdtContent>
            </w:sdt>
            <w:r>
              <w:rPr>
                <w:rFonts w:ascii="Calibri" w:hAnsi="Calibri" w:cs="Calibri"/>
                <w:b/>
                <w:bCs/>
                <w:color w:val="1F2933"/>
                <w:sz w:val="15"/>
                <w:szCs w:val="15"/>
              </w:rPr>
              <w:t xml:space="preserve"> </w:t>
            </w:r>
            <w:sdt>
              <w:sdtPr>
                <w:rPr>
                  <w:rFonts w:ascii="Calibri" w:hAnsi="Calibri" w:cs="Calibri"/>
                  <w:b/>
                  <w:bCs/>
                  <w:color w:val="1F2933"/>
                  <w:sz w:val="15"/>
                  <w:szCs w:val="15"/>
                </w:rPr>
                <w:alias w:val="Desk Editorial · Copyright holder"/>
                <w:tag w:val="ojsa:copyright_holder"/>
                <w:id w:val="41073"/>
                <w:lock w:val="sdtLocked"/>
                <w:dataBinding w:prefixMappings="xmlns:m='urn:ojs-agents:manuscript:1'" w:xpath="/m:manuscript[1]/m:rights[1]/m:copyrightHolder[1]" w:storeItemID="{74DE08B8-B464-4A5A-A104-DCA6F1E37B06}"/>
                <w15:color xmlns:w15="http://schemas.microsoft.com/office/word/2012/wordml" w:val="033D72"/>
                <w:text/>
              </w:sdtPr>
              <w:sdtContent>
                <w:r>
                  <w:rPr>
                    <w:rFonts w:ascii="Calibri" w:hAnsi="Calibri" w:cs="Calibri"/>
                    <w:b/>
                    <w:bCs/>
                    <w:color w:val="1F2933"/>
                    <w:sz w:val="15"/>
                    <w:szCs w:val="15"/>
                  </w:rPr>
                  <w:t xml:space="preserve">The Author(s)</w:t>
                </w:r>
              </w:sdtContent>
            </w:sdt>
            <w:r>
              <w:rPr>
                <w:rFonts w:ascii="Calibri" w:hAnsi="Calibri" w:cs="Calibri"/>
                <w:b/>
                <w:bCs/>
                <w:color w:val="1F2933"/>
                <w:sz w:val="15"/>
                <w:szCs w:val="15"/>
              </w:rPr>
              <w:t xml:space="preserve">. </w:t>
            </w:r>
            <w:sdt>
              <w:sdtPr>
                <w:rPr>
                  <w:rFonts w:ascii="Calibri" w:hAnsi="Calibri" w:cs="Calibri"/>
                  <w:color w:val="5F6B7A"/>
                  <w:sz w:val="15"/>
                  <w:szCs w:val="15"/>
                </w:rPr>
                <w:alias w:val="Desk Editorial · Copyright statement"/>
                <w:tag w:val="ojsa:rights_statement"/>
                <w:id w:val="41074"/>
                <w:lock w:val="sdtLocked"/>
                <w:dataBinding w:prefixMappings="xmlns:m='urn:ojs-agents:manuscript:1'" w:xpath="/m:manuscript[1]/m:rights[1]/m:statement[1]" w:storeItemID="{74DE08B8-B464-4A5A-A104-DCA6F1E37B06}"/>
                <w15:color xmlns:w15="http://schemas.microsoft.com/office/word/2012/wordml" w:val="033D72"/>
                <w:text/>
              </w:sdtPr>
              <w:sdtContent>
                <w:r>
                  <w:rPr>
                    <w:rFonts w:ascii="Calibri" w:hAnsi="Calibri" w:cs="Calibri"/>
                    <w:color w:val="5F6B7A"/>
                    <w:sz w:val="15"/>
                    <w:szCs w:val="15"/>
                  </w:rPr>
                  <w:t xml:space="preserve">The authors retain copyright and grant Journal of Education Development &amp; Technology Research the right of first publication.</w:t>
                </w:r>
              </w:sdtContent>
            </w:sdt>
            <w:r>
              <w:rPr>
                <w:rFonts w:ascii="Calibri" w:hAnsi="Calibri" w:cs="Calibri"/>
                <w:color w:val="5F6B7A"/>
                <w:sz w:val="15"/>
                <w:szCs w:val="15"/>
              </w:rPr>
              <w:t xml:space="preserve"> This is an open access article distributed under the terms of the </w:t>
            </w:r>
            <w:sdt>
              <w:sdtPr>
                <w:rPr>
                  <w:rFonts w:ascii="Calibri" w:hAnsi="Calibri" w:cs="Calibri"/>
                  <w:b/>
                  <w:bCs/>
                  <w:color w:val="1F2933"/>
                  <w:sz w:val="15"/>
                  <w:szCs w:val="15"/>
                </w:rPr>
                <w:alias w:val="Desk Editorial · License"/>
                <w:tag w:val="ojsa:license"/>
                <w:id w:val="41075"/>
                <w:lock w:val="sdtLocked"/>
                <w:dataBinding w:prefixMappings="xmlns:m='urn:ojs-agents:manuscript:1'" w:xpath="/m:manuscript[1]/m:rights[1]/m:license[1]" w:storeItemID="{74DE08B8-B464-4A5A-A104-DCA6F1E37B06}"/>
                <w15:color xmlns:w15="http://schemas.microsoft.com/office/word/2012/wordml" w:val="033D72"/>
                <w:text/>
              </w:sdtPr>
              <w:sdtContent>
                <w:r>
                  <w:rPr>
                    <w:rFonts w:ascii="Calibri" w:hAnsi="Calibri" w:cs="Calibri"/>
                    <w:b/>
                    <w:bCs/>
                    <w:color w:val="1F2933"/>
                    <w:sz w:val="15"/>
                    <w:szCs w:val="15"/>
                  </w:rPr>
                  <w:t xml:space="preserve">CC BY-NC-SA 4.0</w:t>
                </w:r>
              </w:sdtContent>
            </w:sdt>
            <w:r>
              <w:rPr>
                <w:rFonts w:ascii="Calibri" w:hAnsi="Calibri" w:cs="Calibri"/>
                <w:color w:val="5F6B7A"/>
                <w:sz w:val="15"/>
                <w:szCs w:val="15"/>
              </w:rPr>
              <w:t xml:space="preserve"> license (</w:t>
            </w:r>
            <w:sdt>
              <w:sdtPr>
                <w:rPr>
                  <w:rFonts w:ascii="Calibri" w:hAnsi="Calibri" w:cs="Calibri"/>
                  <w:color w:val="5F6B7A"/>
                  <w:sz w:val="15"/>
                  <w:szCs w:val="15"/>
                </w:rPr>
                <w:alias w:val="Desk Editorial · License URL"/>
                <w:tag w:val="ojsa:license_url"/>
                <w:id w:val="41076"/>
                <w:lock w:val="sdtLocked"/>
                <w:dataBinding w:prefixMappings="xmlns:m='urn:ojs-agents:manuscript:1'" w:xpath="/m:manuscript[1]/m:rights[1]/m:licenseUrl[1]" w:storeItemID="{74DE08B8-B464-4A5A-A104-DCA6F1E37B06}"/>
                <w15:color xmlns:w15="http://schemas.microsoft.com/office/word/2012/wordml" w:val="033D72"/>
                <w:text/>
              </w:sdtPr>
              <w:sdtContent>
                <w:r>
                  <w:rPr>
                    <w:rFonts w:ascii="Calibri" w:hAnsi="Calibri" w:cs="Calibri"/>
                    <w:color w:val="5F6B7A"/>
                    <w:sz w:val="15"/>
                    <w:szCs w:val="15"/>
                  </w:rPr>
                  <w:t xml:space="preserve">https://creativecommons.org/licenses/by-nc-sa/4.0/</w:t>
                </w:r>
              </w:sdtContent>
            </w:sdt>
            <w:r>
              <w:rPr>
                <w:rFonts w:ascii="Calibri" w:hAnsi="Calibri" w:cs="Calibri"/>
                <w:color w:val="5F6B7A"/>
                <w:sz w:val="15"/>
                <w:szCs w:val="15"/>
              </w:rPr>
              <w:t xml:space="preserve">), </w:t>
            </w:r>
            <w:sdt>
              <w:sdtPr>
                <w:rPr>
                  <w:rFonts w:ascii="Calibri" w:hAnsi="Calibri" w:cs="Calibri"/>
                  <w:color w:val="5F6B7A"/>
                  <w:sz w:val="15"/>
                  <w:szCs w:val="15"/>
                </w:rPr>
                <w:alias w:val="Desk Editorial · License terms"/>
                <w:tag w:val="ojsa:license_terms"/>
                <w:id w:val="41077"/>
                <w:lock w:val="sdtLocked"/>
                <w:dataBinding w:prefixMappings="xmlns:m='urn:ojs-agents:manuscript:1'" w:xpath="/m:manuscript[1]/m:rights[1]/m:licenseTerms[1]" w:storeItemID="{74DE08B8-B464-4A5A-A104-DCA6F1E37B06}"/>
                <w15:color xmlns:w15="http://schemas.microsoft.com/office/word/2012/wordml" w:val="033D72"/>
                <w:text/>
              </w:sdtPr>
              <w:sdtContent>
                <w:r>
                  <w:rPr>
                    <w:rFonts w:ascii="Calibri" w:hAnsi="Calibri" w:cs="Calibri"/>
                    <w:color w:val="5F6B7A"/>
                    <w:sz w:val="15"/>
                    <w:szCs w:val="15"/>
                  </w:rPr>
                  <w:t xml:space="preserve">which permits non-commercial use, sharing, adaptation, distribution and reproduction in any medium or format, provided the original work is properly cited and adaptations are shared under the same license</w:t>
                </w:r>
              </w:sdtContent>
            </w:sdt>
            <w:r>
              <w:rPr>
                <w:rFonts w:ascii="Calibri" w:hAnsi="Calibri" w:cs="Calibri"/>
                <w:color w:val="5F6B7A"/>
                <w:sz w:val="15"/>
                <w:szCs w:val="15"/>
              </w:rPr>
              <w:t xml:space="preserve">.</w:t>
            </w:r>
          </w:p>
        </w:tc>
      </w:tr>
    </w:tbl>
    <w:p>
      <w:pPr>
        <w:pStyle w:val="OJSAInfo"/>
        <w:spacing w:after="120"/>
      </w:pPr>
    </w:p>
    <w:p>
      <w:pPr>
        <w:pStyle w:val="Heading1"/>
      </w:pPr>
      <w:bookmarkStart w:id="41078" w:name="_ojsa_introduction"/>
      <w:r>
        <w:t xml:space="preserve">1. Introduction</w:t>
      </w:r>
      <w:bookmarkEnd w:id="41078"/>
    </w:p>
    <w:sdt>
      <w:sdtPr>
        <w:alias w:val="Author · 1. Introduction"/>
        <w:tag w:val="ojsa:sec:introduction"/>
        <w:id w:val="41079"/>
        <w:lock w:val="sdtLocked"/>
        <w:showingPlcHdr/>
        <w15:color xmlns:w15="http://schemas.microsoft.com/office/word/2012/wordml" w:val="2E7D32"/>
        <w:richText/>
      </w:sdtPr>
      <w:sdtContent>
        <w:p>
          <w:pPr>
            <w:pStyle w:val="OJSABody"/>
          </w:pPr>
          <w:r>
            <w:rPr>
              <w:rStyle w:val="PlaceholderText"/>
            </w:rPr>
            <w:t xml:space="preserve">Introduce the research problem and its importance. Review the most relevant and recent literature (preferably from the last five years), identify the research gap, and end with the objective, research questions or hypotheses and the novelty of the study.</w:t>
          </w:r>
        </w:p>
      </w:sdtContent>
    </w:sdt>
    <w:p>
      <w:pPr>
        <w:pStyle w:val="Heading1"/>
      </w:pPr>
      <w:bookmarkStart w:id="41080" w:name="_ojsa_methods"/>
      <w:r>
        <w:t xml:space="preserve">2. Methods</w:t>
      </w:r>
      <w:bookmarkEnd w:id="41080"/>
    </w:p>
    <w:sdt>
      <w:sdtPr>
        <w:alias w:val="Author · 2. Methods"/>
        <w:tag w:val="ojsa:sec:methods"/>
        <w:id w:val="41081"/>
        <w:lock w:val="sdtLocked"/>
        <w:showingPlcHdr/>
        <w15:color xmlns:w15="http://schemas.microsoft.com/office/word/2012/wordml" w:val="2E7D32"/>
        <w:richText/>
      </w:sdtPr>
      <w:sdtContent>
        <w:p>
          <w:pPr>
            <w:pStyle w:val="OJSABody"/>
          </w:pPr>
          <w:r>
            <w:rPr>
              <w:rStyle w:val="PlaceholderText"/>
            </w:rPr>
            <w:t xml:space="preserve">Describe the research design, setting, population and sample, instruments, data collection and data analysis in enough detail for replication. State ethical approval and informed consent when human participants or animals are involved. Use subheadings (Heading 2) where helpful, e.g. 2.1 Research Design, 2.2 Data Analysis.</w:t>
          </w:r>
        </w:p>
      </w:sdtContent>
    </w:sdt>
    <w:p>
      <w:pPr>
        <w:pStyle w:val="Heading1"/>
      </w:pPr>
      <w:bookmarkStart w:id="41082" w:name="_ojsa_results"/>
      <w:r>
        <w:t xml:space="preserve">3. Results</w:t>
      </w:r>
      <w:bookmarkEnd w:id="41082"/>
    </w:p>
    <w:sdt>
      <w:sdtPr>
        <w:alias w:val="Author · 3. Results"/>
        <w:tag w:val="ojsa:sec:results"/>
        <w:id w:val="41083"/>
        <w:lock w:val="sdtLocked"/>
        <w:showingPlcHdr/>
        <w15:color xmlns:w15="http://schemas.microsoft.com/office/word/2012/wordml" w:val="2E7D32"/>
        <w:richText/>
      </w:sdtPr>
      <w:sdtContent>
        <w:p>
          <w:pPr>
            <w:pStyle w:val="OJSABody"/>
          </w:pPr>
          <w:r>
            <w:rPr>
              <w:rStyle w:val="PlaceholderText"/>
            </w:rPr>
            <w:t xml:space="preserve">Present the findings objectively, in logical order, using tables and figures where they help. Do not repeat the same data in text, tables and figures. Number tables and figures consecutively and cite each one in the text (Table 1, Figure 1).</w:t>
          </w:r>
        </w:p>
      </w:sdtContent>
    </w:sdt>
    <w:p>
      <w:pPr>
        <w:pStyle w:val="Heading1"/>
      </w:pPr>
      <w:bookmarkStart w:id="41084" w:name="_ojsa_discussion"/>
      <w:r>
        <w:t xml:space="preserve">4. Discussion</w:t>
      </w:r>
      <w:bookmarkEnd w:id="41084"/>
    </w:p>
    <w:sdt>
      <w:sdtPr>
        <w:alias w:val="Author · 4. Discussion"/>
        <w:tag w:val="ojsa:sec:discussion"/>
        <w:id w:val="41085"/>
        <w:lock w:val="sdtLocked"/>
        <w:showingPlcHdr/>
        <w15:color xmlns:w15="http://schemas.microsoft.com/office/word/2012/wordml" w:val="2E7D32"/>
        <w:richText/>
      </w:sdtPr>
      <w:sdtContent>
        <w:p>
          <w:pPr>
            <w:pStyle w:val="OJSABody"/>
          </w:pPr>
          <w:r>
            <w:rPr>
              <w:rStyle w:val="PlaceholderText"/>
            </w:rPr>
            <w:t xml:space="preserve">Interpret the results, compare them with previous studies, explain unexpected findings, and state the theoretical and practical implications and the limitations of the study.</w:t>
          </w:r>
        </w:p>
      </w:sdtContent>
    </w:sdt>
    <w:p>
      <w:pPr>
        <w:pStyle w:val="Heading1"/>
      </w:pPr>
      <w:bookmarkStart w:id="41086" w:name="_ojsa_conclusion"/>
      <w:r>
        <w:t xml:space="preserve">5. Conclusion</w:t>
      </w:r>
      <w:bookmarkEnd w:id="41086"/>
    </w:p>
    <w:sdt>
      <w:sdtPr>
        <w:alias w:val="Author · 5. Conclusion"/>
        <w:tag w:val="ojsa:sec:conclusion"/>
        <w:id w:val="41087"/>
        <w:lock w:val="sdtLocked"/>
        <w:showingPlcHdr/>
        <w15:color xmlns:w15="http://schemas.microsoft.com/office/word/2012/wordml" w:val="2E7D32"/>
        <w:richText/>
      </w:sdtPr>
      <w:sdtContent>
        <w:p>
          <w:pPr>
            <w:pStyle w:val="OJSABody"/>
          </w:pPr>
          <w:r>
            <w:rPr>
              <w:rStyle w:val="PlaceholderText"/>
            </w:rPr>
            <w:t xml:space="preserve">Answer the research objective in one or two paragraphs without repeating the results, and give recommendations for practice or future research. Do not use bullet points.</w:t>
          </w:r>
        </w:p>
      </w:sdtContent>
    </w:sdt>
    <w:p>
      <w:pPr>
        <w:pStyle w:val="Heading1"/>
      </w:pPr>
      <w:r>
        <w:t xml:space="preserve">Declarations</w:t>
      </w:r>
    </w:p>
    <w:tbl>
      <w:tblPr>
        <w:tblW w:w="9638" w:type="dxa"/>
        <w:tblInd w:w="227" w:type="dxa"/>
        <w:tblBorders>
          <w:left w:val="single" w:sz="24" w:space="0" w:color="033D72"/>
          <w:insideH w:val="single" w:sz="12" w:space="0" w:color="FFFFFF"/>
        </w:tblBorders>
        <w:tblLayout w:type="fixed"/>
        <w:tblCellMar>
          <w:top w:w="100" w:type="dxa"/>
          <w:left w:w="227" w:type="dxa"/>
          <w:bottom w:w="100" w:type="dxa"/>
          <w:right w:w="0" w:type="dxa"/>
        </w:tblCellMar>
        <w:tblLook w:val="0000" w:firstRow="0" w:lastRow="0" w:firstColumn="0" w:lastColumn="0" w:noHBand="1" w:noVBand="1"/>
      </w:tblPr>
      <w:tblGrid>
        <w:gridCol w:w="9638"/>
      </w:tblGrid>
      <w:tr>
        <w:trPr>
          <w:cantSplit/>
        </w:trPr>
        <w:tc>
          <w:tcPr>
            <w:tcW w:w="9638" w:type="dxa"/>
            <w:shd w:val="clear" w:color="auto" w:fill="E5EBF0"/>
            <w:tcMar>
              <w:left w:w="227" w:type="dxa"/>
              <w:right w:w="170" w:type="dxa"/>
            </w:tcMar>
          </w:tcPr>
          <w:p>
            <w:pPr>
              <w:pStyle w:val="OJSADeclLabel"/>
            </w:pPr>
            <w:bookmarkStart w:id="41088" w:name="_ojsa_author_contributions"/>
            <w:r>
              <w:t xml:space="preserve">Author Contributions (CRediT)</w:t>
            </w:r>
            <w:bookmarkEnd w:id="41088"/>
          </w:p>
          <w:tbl>
            <w:tblPr>
              <w:tblW w:w="9241" w:type="dxa"/>
              <w:tblInd w:w="100" w:type="dxa"/>
              <w:tblBorders>
                <w:bottom w:val="single" w:sz="4" w:space="0" w:color="033D72"/>
                <w:insideH w:val="single" w:sz="4" w:space="0" w:color="C9D2DC"/>
              </w:tblBorders>
              <w:tblLayout w:type="fixed"/>
              <w:tblCellMar>
                <w:top w:w="40" w:type="dxa"/>
                <w:left w:w="100" w:type="dxa"/>
                <w:bottom w:w="40" w:type="dxa"/>
                <w:right w:w="100" w:type="dxa"/>
              </w:tblCellMar>
              <w:tblLook w:val="0000" w:firstRow="0" w:lastRow="0" w:firstColumn="0" w:lastColumn="0" w:noHBand="1" w:noVBand="1"/>
            </w:tblPr>
            <w:tblGrid>
              <w:gridCol w:w="3141"/>
              <w:gridCol w:w="6100"/>
            </w:tblGrid>
            <w:tr>
              <w:trPr>
                <w:cantSplit/>
                <w:tblHeader/>
              </w:trPr>
              <w:tc>
                <w:tcPr>
                  <w:tcW w:w="3141" w:type="dxa"/>
                  <w:shd w:val="clear" w:color="auto" w:fill="033D72"/>
                </w:tcPr>
                <w:p>
                  <w:pPr>
                    <w:pStyle w:val="OJSATableHeader"/>
                  </w:pPr>
                  <w:r>
                    <w:rPr>
                      <w:rFonts w:ascii="Calibri" w:hAnsi="Calibri" w:cs="Calibri"/>
                      <w:b/>
                      <w:bCs/>
                      <w:caps/>
                      <w:color w:val="FFFFFF"/>
                      <w:spacing w:val="8"/>
                      <w:sz w:val="15"/>
                      <w:szCs w:val="15"/>
                    </w:rPr>
                    <w:t xml:space="preserve">Contributor</w:t>
                  </w:r>
                </w:p>
              </w:tc>
              <w:tc>
                <w:tcPr>
                  <w:tcW w:w="6100" w:type="dxa"/>
                  <w:shd w:val="clear" w:color="auto" w:fill="033D72"/>
                </w:tcPr>
                <w:p>
                  <w:pPr>
                    <w:pStyle w:val="OJSATableHeader"/>
                  </w:pPr>
                  <w:r>
                    <w:rPr>
                      <w:rFonts w:ascii="Calibri" w:hAnsi="Calibri" w:cs="Calibri"/>
                      <w:b/>
                      <w:bCs/>
                      <w:caps/>
                      <w:color w:val="FFFFFF"/>
                      <w:spacing w:val="8"/>
                      <w:sz w:val="15"/>
                      <w:szCs w:val="15"/>
                    </w:rPr>
                    <w:t xml:space="preserve">CRediT roles</w:t>
                  </w:r>
                </w:p>
              </w:tc>
            </w:tr>
            <w:tr>
              <w:trPr>
                <w:cantSplit/>
              </w:trPr>
              <w:tc>
                <w:tcPr>
                  <w:tcW w:w="3141" w:type="dxa"/>
                  <w:shd w:val="clear" w:color="auto" w:fill="FFFFFF"/>
                </w:tcPr>
                <w:p>
                  <w:pPr>
                    <w:pStyle w:val="OJSADeclBody"/>
                  </w:pPr>
                  <w:sdt>
                    <w:sdtPr>
                      <w:rPr>
                        <w:rFonts w:ascii="Calibri" w:hAnsi="Calibri" w:cs="Calibri"/>
                        <w:b/>
                        <w:bCs/>
                        <w:sz w:val="17"/>
                        <w:szCs w:val="17"/>
                      </w:rPr>
                      <w:alias w:val="Author · CRediT contributor"/>
                      <w:tag w:val="ojsa:credit.name"/>
                      <w:id w:val="41089"/>
                      <w:lock w:val="sdtLocked"/>
                      <w:showingPlcHdr/>
                      <w15:color xmlns:w15="http://schemas.microsoft.com/office/word/2012/wordml" w:val="2E7D32"/>
                      <w:richText/>
                    </w:sdtPr>
                    <w:sdtContent>
                      <w:r>
                        <w:rPr>
                          <w:rStyle w:val="PlaceholderText"/>
                          <w:rFonts w:ascii="Calibri" w:hAnsi="Calibri" w:cs="Calibri"/>
                          <w:b/>
                          <w:bCs/>
                          <w:sz w:val="17"/>
                          <w:szCs w:val="17"/>
                        </w:rPr>
                        <w:t xml:space="preserve">Author name</w:t>
                      </w:r>
                    </w:sdtContent>
                  </w:sdt>
                </w:p>
              </w:tc>
              <w:tc>
                <w:tcPr>
                  <w:tcW w:w="6100" w:type="dxa"/>
                  <w:shd w:val="clear" w:color="auto" w:fill="FFFFFF"/>
                </w:tcPr>
                <w:sdt>
                  <w:sdtPr>
                    <w:rPr>
                      <w:rFonts w:ascii="Calibri" w:hAnsi="Calibri" w:cs="Calibri"/>
                      <w:sz w:val="17"/>
                      <w:szCs w:val="17"/>
                    </w:rPr>
                    <w:alias w:val="Author · CRediT roles"/>
                    <w:tag w:val="ojsa:credit.roles"/>
                    <w:id w:val="41090"/>
                    <w:lock w:val="sdtLocked"/>
                    <w:showingPlcHdr/>
                    <w15:color xmlns:w15="http://schemas.microsoft.com/office/word/2012/wordml" w:val="2E7D32"/>
                    <w:richText/>
                  </w:sdtPr>
                  <w:sdtContent>
                    <w:p>
                      <w:pPr>
                        <w:pStyle w:val="OJSADeclBody"/>
                      </w:pPr>
                      <w:r>
                        <w:rPr>
                          <w:rStyle w:val="PlaceholderText"/>
                          <w:rFonts w:ascii="Calibri" w:hAnsi="Calibri" w:cs="Calibri"/>
                          <w:sz w:val="17"/>
                          <w:szCs w:val="17"/>
                        </w:rPr>
                        <w:t xml:space="preserve">One CRediT role per line, for example:</w:t>
                      </w:r>
                    </w:p>
                    <w:p>
                      <w:pPr>
                        <w:pStyle w:val="OJSADeclBody"/>
                      </w:pPr>
                      <w:r>
                        <w:rPr>
                          <w:rStyle w:val="PlaceholderText"/>
                          <w:rFonts w:ascii="Calibri" w:hAnsi="Calibri" w:cs="Calibri"/>
                          <w:sz w:val="17"/>
                          <w:szCs w:val="17"/>
                        </w:rPr>
                        <w:t xml:space="preserve">Conceptualization</w:t>
                      </w:r>
                    </w:p>
                    <w:p>
                      <w:pPr>
                        <w:pStyle w:val="OJSADeclBody"/>
                      </w:pPr>
                      <w:r>
                        <w:rPr>
                          <w:rStyle w:val="PlaceholderText"/>
                          <w:rFonts w:ascii="Calibri" w:hAnsi="Calibri" w:cs="Calibri"/>
                          <w:sz w:val="17"/>
                          <w:szCs w:val="17"/>
                        </w:rPr>
                        <w:t xml:space="preserve">Writing – original draft</w:t>
                      </w:r>
                    </w:p>
                  </w:sdtContent>
                </w:sdt>
                <w:p>
                  <w:pPr>
                    <w:pStyle w:val="OJSADeclBody"/>
                    <w:spacing w:before="0" w:after="0" w:line="20" w:lineRule="exact"/>
                    <w:rPr>
                      <w:sz w:val="2"/>
                      <w:szCs w:val="2"/>
                    </w:rPr>
                  </w:pPr>
                </w:p>
              </w:tc>
            </w:tr>
            <w:tr>
              <w:trPr>
                <w:cantSplit/>
              </w:trPr>
              <w:tc>
                <w:tcPr>
                  <w:tcW w:w="3141" w:type="dxa"/>
                  <w:shd w:val="clear" w:color="auto" w:fill="FFFFFF"/>
                </w:tcPr>
                <w:p>
                  <w:pPr>
                    <w:pStyle w:val="OJSADeclBody"/>
                  </w:pPr>
                  <w:sdt>
                    <w:sdtPr>
                      <w:rPr>
                        <w:rFonts w:ascii="Calibri" w:hAnsi="Calibri" w:cs="Calibri"/>
                        <w:b/>
                        <w:bCs/>
                        <w:sz w:val="17"/>
                        <w:szCs w:val="17"/>
                      </w:rPr>
                      <w:alias w:val="Author · CRediT contributor"/>
                      <w:tag w:val="ojsa:credit.name"/>
                      <w:id w:val="41091"/>
                      <w:lock w:val="sdtLocked"/>
                      <w:showingPlcHdr/>
                      <w15:color xmlns:w15="http://schemas.microsoft.com/office/word/2012/wordml" w:val="2E7D32"/>
                      <w:richText/>
                    </w:sdtPr>
                    <w:sdtContent>
                      <w:r>
                        <w:rPr>
                          <w:rStyle w:val="PlaceholderText"/>
                          <w:rFonts w:ascii="Calibri" w:hAnsi="Calibri" w:cs="Calibri"/>
                          <w:b/>
                          <w:bCs/>
                          <w:sz w:val="17"/>
                          <w:szCs w:val="17"/>
                        </w:rPr>
                        <w:t xml:space="preserve">Author name</w:t>
                      </w:r>
                    </w:sdtContent>
                  </w:sdt>
                </w:p>
              </w:tc>
              <w:tc>
                <w:tcPr>
                  <w:tcW w:w="6100" w:type="dxa"/>
                  <w:shd w:val="clear" w:color="auto" w:fill="FFFFFF"/>
                </w:tcPr>
                <w:sdt>
                  <w:sdtPr>
                    <w:rPr>
                      <w:rFonts w:ascii="Calibri" w:hAnsi="Calibri" w:cs="Calibri"/>
                      <w:sz w:val="17"/>
                      <w:szCs w:val="17"/>
                    </w:rPr>
                    <w:alias w:val="Author · CRediT roles"/>
                    <w:tag w:val="ojsa:credit.roles"/>
                    <w:id w:val="41092"/>
                    <w:lock w:val="sdtLocked"/>
                    <w:showingPlcHdr/>
                    <w15:color xmlns:w15="http://schemas.microsoft.com/office/word/2012/wordml" w:val="2E7D32"/>
                    <w:richText/>
                  </w:sdtPr>
                  <w:sdtContent>
                    <w:p>
                      <w:pPr>
                        <w:pStyle w:val="OJSADeclBody"/>
                      </w:pPr>
                      <w:r>
                        <w:rPr>
                          <w:rStyle w:val="PlaceholderText"/>
                          <w:rFonts w:ascii="Calibri" w:hAnsi="Calibri" w:cs="Calibri"/>
                          <w:sz w:val="17"/>
                          <w:szCs w:val="17"/>
                        </w:rPr>
                        <w:t xml:space="preserve">One CRediT role per line, for example:</w:t>
                      </w:r>
                    </w:p>
                    <w:p>
                      <w:pPr>
                        <w:pStyle w:val="OJSADeclBody"/>
                      </w:pPr>
                      <w:r>
                        <w:rPr>
                          <w:rStyle w:val="PlaceholderText"/>
                          <w:rFonts w:ascii="Calibri" w:hAnsi="Calibri" w:cs="Calibri"/>
                          <w:sz w:val="17"/>
                          <w:szCs w:val="17"/>
                        </w:rPr>
                        <w:t xml:space="preserve">Conceptualization</w:t>
                      </w:r>
                    </w:p>
                    <w:p>
                      <w:pPr>
                        <w:pStyle w:val="OJSADeclBody"/>
                      </w:pPr>
                      <w:r>
                        <w:rPr>
                          <w:rStyle w:val="PlaceholderText"/>
                          <w:rFonts w:ascii="Calibri" w:hAnsi="Calibri" w:cs="Calibri"/>
                          <w:sz w:val="17"/>
                          <w:szCs w:val="17"/>
                        </w:rPr>
                        <w:t xml:space="preserve">Writing – original draft</w:t>
                      </w:r>
                    </w:p>
                  </w:sdtContent>
                </w:sdt>
                <w:p>
                  <w:pPr>
                    <w:pStyle w:val="OJSADeclBody"/>
                    <w:spacing w:before="0" w:after="0" w:line="20" w:lineRule="exact"/>
                    <w:rPr>
                      <w:sz w:val="2"/>
                      <w:szCs w:val="2"/>
                    </w:rPr>
                  </w:pPr>
                </w:p>
              </w:tc>
            </w:tr>
            <w:tr>
              <w:trPr>
                <w:cantSplit/>
              </w:trPr>
              <w:tc>
                <w:tcPr>
                  <w:tcW w:w="3141" w:type="dxa"/>
                  <w:shd w:val="clear" w:color="auto" w:fill="FFFFFF"/>
                </w:tcPr>
                <w:p>
                  <w:pPr>
                    <w:pStyle w:val="OJSADeclBody"/>
                  </w:pPr>
                  <w:sdt>
                    <w:sdtPr>
                      <w:rPr>
                        <w:rFonts w:ascii="Calibri" w:hAnsi="Calibri" w:cs="Calibri"/>
                        <w:b/>
                        <w:bCs/>
                        <w:sz w:val="17"/>
                        <w:szCs w:val="17"/>
                      </w:rPr>
                      <w:alias w:val="Author · CRediT contributor"/>
                      <w:tag w:val="ojsa:credit.name"/>
                      <w:id w:val="41093"/>
                      <w:lock w:val="sdtLocked"/>
                      <w:showingPlcHdr/>
                      <w15:color xmlns:w15="http://schemas.microsoft.com/office/word/2012/wordml" w:val="2E7D32"/>
                      <w:richText/>
                    </w:sdtPr>
                    <w:sdtContent>
                      <w:r>
                        <w:rPr>
                          <w:rStyle w:val="PlaceholderText"/>
                          <w:rFonts w:ascii="Calibri" w:hAnsi="Calibri" w:cs="Calibri"/>
                          <w:b/>
                          <w:bCs/>
                          <w:sz w:val="17"/>
                          <w:szCs w:val="17"/>
                        </w:rPr>
                        <w:t xml:space="preserve">Author name</w:t>
                      </w:r>
                    </w:sdtContent>
                  </w:sdt>
                </w:p>
              </w:tc>
              <w:tc>
                <w:tcPr>
                  <w:tcW w:w="6100" w:type="dxa"/>
                  <w:shd w:val="clear" w:color="auto" w:fill="FFFFFF"/>
                </w:tcPr>
                <w:sdt>
                  <w:sdtPr>
                    <w:rPr>
                      <w:rFonts w:ascii="Calibri" w:hAnsi="Calibri" w:cs="Calibri"/>
                      <w:sz w:val="17"/>
                      <w:szCs w:val="17"/>
                    </w:rPr>
                    <w:alias w:val="Author · CRediT roles"/>
                    <w:tag w:val="ojsa:credit.roles"/>
                    <w:id w:val="41094"/>
                    <w:lock w:val="sdtLocked"/>
                    <w:showingPlcHdr/>
                    <w15:color xmlns:w15="http://schemas.microsoft.com/office/word/2012/wordml" w:val="2E7D32"/>
                    <w:richText/>
                  </w:sdtPr>
                  <w:sdtContent>
                    <w:p>
                      <w:pPr>
                        <w:pStyle w:val="OJSADeclBody"/>
                      </w:pPr>
                      <w:r>
                        <w:rPr>
                          <w:rStyle w:val="PlaceholderText"/>
                          <w:rFonts w:ascii="Calibri" w:hAnsi="Calibri" w:cs="Calibri"/>
                          <w:sz w:val="17"/>
                          <w:szCs w:val="17"/>
                        </w:rPr>
                        <w:t xml:space="preserve">One CRediT role per line, for example:</w:t>
                      </w:r>
                    </w:p>
                    <w:p>
                      <w:pPr>
                        <w:pStyle w:val="OJSADeclBody"/>
                      </w:pPr>
                      <w:r>
                        <w:rPr>
                          <w:rStyle w:val="PlaceholderText"/>
                          <w:rFonts w:ascii="Calibri" w:hAnsi="Calibri" w:cs="Calibri"/>
                          <w:sz w:val="17"/>
                          <w:szCs w:val="17"/>
                        </w:rPr>
                        <w:t xml:space="preserve">Conceptualization</w:t>
                      </w:r>
                    </w:p>
                    <w:p>
                      <w:pPr>
                        <w:pStyle w:val="OJSADeclBody"/>
                      </w:pPr>
                      <w:r>
                        <w:rPr>
                          <w:rStyle w:val="PlaceholderText"/>
                          <w:rFonts w:ascii="Calibri" w:hAnsi="Calibri" w:cs="Calibri"/>
                          <w:sz w:val="17"/>
                          <w:szCs w:val="17"/>
                        </w:rPr>
                        <w:t xml:space="preserve">Writing – original draft</w:t>
                      </w:r>
                    </w:p>
                  </w:sdtContent>
                </w:sdt>
                <w:p>
                  <w:pPr>
                    <w:pStyle w:val="OJSADeclBody"/>
                    <w:spacing w:before="0" w:after="0" w:line="20" w:lineRule="exact"/>
                    <w:rPr>
                      <w:sz w:val="2"/>
                      <w:szCs w:val="2"/>
                    </w:rPr>
                  </w:pPr>
                </w:p>
              </w:tc>
            </w:tr>
          </w:tbl>
          <w:p>
            <w:pPr>
              <w:pStyle w:val="OJSADeclBody"/>
              <w:spacing w:before="60"/>
            </w:pPr>
            <w:r>
              <w:rPr>
                <w:rFonts w:ascii="Calibri" w:hAnsi="Calibri" w:cs="Calibri"/>
                <w:color w:val="5F6B7A"/>
                <w:sz w:val="15"/>
                <w:szCs w:val="15"/>
              </w:rPr>
              <w:t xml:space="preserve">Use only CRediT roles (credit.niso.org): Conceptualization, Data curation, Formal analysis, Funding acquisition, Investigation, Methodology, Project administration, Resources, Software, Supervision, Validation, Visualization, Writing – original draft, Writing – review &amp; editing. All authors have read and approved the final manuscript.</w:t>
            </w:r>
          </w:p>
        </w:tc>
      </w:tr>
      <w:tr>
        <w:trPr>
          <w:cantSplit/>
        </w:trPr>
        <w:tc>
          <w:tcPr>
            <w:tcW w:w="9638" w:type="dxa"/>
            <w:shd w:val="clear" w:color="auto" w:fill="E5EBF0"/>
            <w:tcMar>
              <w:left w:w="227" w:type="dxa"/>
              <w:right w:w="170" w:type="dxa"/>
            </w:tcMar>
          </w:tcPr>
          <w:p>
            <w:pPr>
              <w:pStyle w:val="OJSADeclLabel"/>
            </w:pPr>
            <w:bookmarkStart w:id="41095" w:name="_ojsa_funding"/>
            <w:r>
              <w:t xml:space="preserve">Funding</w:t>
            </w:r>
            <w:bookmarkEnd w:id="41095"/>
          </w:p>
          <w:sdt>
            <w:sdtPr>
              <w:alias w:val="Author · Funding"/>
              <w:tag w:val="ojsa:sec:funding"/>
              <w:id w:val="41096"/>
              <w:lock w:val="sdtLocked"/>
              <w:showingPlcHdr/>
              <w15:color xmlns:w15="http://schemas.microsoft.com/office/word/2012/wordml" w:val="2E7D32"/>
              <w:richText/>
            </w:sdtPr>
            <w:sdtContent>
              <w:p>
                <w:pPr>
                  <w:pStyle w:val="OJSADeclBody"/>
                </w:pPr>
                <w:r>
                  <w:rPr>
                    <w:rStyle w:val="PlaceholderText"/>
                  </w:rPr>
                  <w:t xml:space="preserve">Name the funder and grant number, or write: This research received no external funding.</w:t>
                </w:r>
              </w:p>
            </w:sdtContent>
          </w:sdt>
        </w:tc>
      </w:tr>
      <w:tr>
        <w:trPr>
          <w:cantSplit/>
        </w:trPr>
        <w:tc>
          <w:tcPr>
            <w:tcW w:w="9638" w:type="dxa"/>
            <w:shd w:val="clear" w:color="auto" w:fill="E5EBF0"/>
            <w:tcMar>
              <w:left w:w="227" w:type="dxa"/>
              <w:right w:w="170" w:type="dxa"/>
            </w:tcMar>
          </w:tcPr>
          <w:p>
            <w:pPr>
              <w:pStyle w:val="OJSADeclLabel"/>
            </w:pPr>
            <w:bookmarkStart w:id="41097" w:name="_ojsa_conflict_of_interest"/>
            <w:r>
              <w:t xml:space="preserve">Conflict of Interest</w:t>
            </w:r>
            <w:bookmarkEnd w:id="41097"/>
          </w:p>
          <w:sdt>
            <w:sdtPr>
              <w:alias w:val="Author · Conflict of Interest"/>
              <w:tag w:val="ojsa:sec:conflict_of_interest"/>
              <w:id w:val="41098"/>
              <w:lock w:val="sdtLocked"/>
              <w:showingPlcHdr/>
              <w15:color xmlns:w15="http://schemas.microsoft.com/office/word/2012/wordml" w:val="2E7D32"/>
              <w:richText/>
            </w:sdtPr>
            <w:sdtContent>
              <w:p>
                <w:pPr>
                  <w:pStyle w:val="OJSADeclBody"/>
                </w:pPr>
                <w:r>
                  <w:rPr>
                    <w:rStyle w:val="PlaceholderText"/>
                  </w:rPr>
                  <w:t xml:space="preserve">Declare any financial or personal relationships that could influence the work, or write: The authors declare no conflict of interest.</w:t>
                </w:r>
              </w:p>
            </w:sdtContent>
          </w:sdt>
        </w:tc>
      </w:tr>
      <w:tr>
        <w:trPr>
          <w:cantSplit/>
        </w:trPr>
        <w:tc>
          <w:tcPr>
            <w:tcW w:w="9638" w:type="dxa"/>
            <w:shd w:val="clear" w:color="auto" w:fill="E5EBF0"/>
            <w:tcMar>
              <w:left w:w="227" w:type="dxa"/>
              <w:right w:w="170" w:type="dxa"/>
            </w:tcMar>
          </w:tcPr>
          <w:p>
            <w:pPr>
              <w:pStyle w:val="OJSADeclLabel"/>
            </w:pPr>
            <w:bookmarkStart w:id="41099" w:name="_ojsa_ethics"/>
            <w:r>
              <w:t xml:space="preserve">Ethics Statement</w:t>
            </w:r>
            <w:bookmarkEnd w:id="41099"/>
          </w:p>
          <w:sdt>
            <w:sdtPr>
              <w:alias w:val="Author · Ethics Statement"/>
              <w:tag w:val="ojsa:sec:ethics"/>
              <w:id w:val="41100"/>
              <w:lock w:val="sdtLocked"/>
              <w:showingPlcHdr/>
              <w15:color xmlns:w15="http://schemas.microsoft.com/office/word/2012/wordml" w:val="2E7D32"/>
              <w:richText/>
            </w:sdtPr>
            <w:sdtContent>
              <w:p>
                <w:pPr>
                  <w:pStyle w:val="OJSADeclBody"/>
                </w:pPr>
                <w:r>
                  <w:rPr>
                    <w:rStyle w:val="PlaceholderText"/>
                  </w:rPr>
                  <w:t xml:space="preserve">Give the name of the ethics committee and the approval number and date, and state that informed consent was obtained; or write: Not applicable, this study did not involve human participants or animals.</w:t>
                </w:r>
              </w:p>
            </w:sdtContent>
          </w:sdt>
        </w:tc>
      </w:tr>
      <w:tr>
        <w:trPr>
          <w:cantSplit/>
        </w:trPr>
        <w:tc>
          <w:tcPr>
            <w:tcW w:w="9638" w:type="dxa"/>
            <w:shd w:val="clear" w:color="auto" w:fill="E5EBF0"/>
            <w:tcMar>
              <w:left w:w="227" w:type="dxa"/>
              <w:right w:w="170" w:type="dxa"/>
            </w:tcMar>
          </w:tcPr>
          <w:p>
            <w:pPr>
              <w:pStyle w:val="OJSADeclLabel"/>
            </w:pPr>
            <w:bookmarkStart w:id="41101" w:name="_ojsa_data_availability"/>
            <w:r>
              <w:t xml:space="preserve">Data Availability Statement</w:t>
            </w:r>
            <w:bookmarkEnd w:id="41101"/>
          </w:p>
          <w:sdt>
            <w:sdtPr>
              <w:alias w:val="Author · Data Availability Statement"/>
              <w:tag w:val="ojsa:sec:data_availability"/>
              <w:id w:val="41102"/>
              <w:lock w:val="sdtLocked"/>
              <w:showingPlcHdr/>
              <w15:color xmlns:w15="http://schemas.microsoft.com/office/word/2012/wordml" w:val="2E7D32"/>
              <w:richText/>
            </w:sdtPr>
            <w:sdtContent>
              <w:p>
                <w:pPr>
                  <w:pStyle w:val="OJSADeclBody"/>
                </w:pPr>
                <w:r>
                  <w:rPr>
                    <w:rStyle w:val="PlaceholderText"/>
                  </w:rPr>
                  <w:t xml:space="preserve">State where the data supporting the findings can be accessed (repository and DOI/URL), or why the data cannot be shared.</w:t>
                </w:r>
              </w:p>
            </w:sdtContent>
          </w:sdt>
        </w:tc>
      </w:tr>
      <w:tr>
        <w:trPr>
          <w:cantSplit/>
        </w:trPr>
        <w:tc>
          <w:tcPr>
            <w:tcW w:w="9638" w:type="dxa"/>
            <w:shd w:val="clear" w:color="auto" w:fill="E5EBF0"/>
            <w:tcMar>
              <w:left w:w="227" w:type="dxa"/>
              <w:right w:w="170" w:type="dxa"/>
            </w:tcMar>
          </w:tcPr>
          <w:p>
            <w:pPr>
              <w:pStyle w:val="OJSADeclLabel"/>
            </w:pPr>
            <w:bookmarkStart w:id="41103" w:name="_ojsa_ai_declaration"/>
            <w:r>
              <w:t xml:space="preserve">Declaration of Generative AI Use</w:t>
            </w:r>
            <w:bookmarkEnd w:id="41103"/>
          </w:p>
          <w:sdt>
            <w:sdtPr>
              <w:alias w:val="Author · Declaration of Generative AI Use"/>
              <w:tag w:val="ojsa:sec:ai_declaration"/>
              <w:id w:val="41104"/>
              <w:lock w:val="sdtLocked"/>
              <w:showingPlcHdr/>
              <w15:color xmlns:w15="http://schemas.microsoft.com/office/word/2012/wordml" w:val="2E7D32"/>
              <w:richText/>
            </w:sdtPr>
            <w:sdtContent>
              <w:p>
                <w:pPr>
                  <w:pStyle w:val="OJSADeclBody"/>
                </w:pPr>
                <w:r>
                  <w:rPr>
                    <w:rStyle w:val="PlaceholderText"/>
                  </w:rPr>
                  <w:t xml:space="preserve">State whether generative AI tools were used in preparing the manuscript, which tool, for what purpose, and that the authors take full responsibility for the content; or write: The authors did not use generative AI tools in preparing this manuscript.</w:t>
                </w:r>
              </w:p>
            </w:sdtContent>
          </w:sdt>
        </w:tc>
      </w:tr>
      <w:tr>
        <w:trPr>
          <w:cantSplit/>
        </w:trPr>
        <w:tc>
          <w:tcPr>
            <w:tcW w:w="9638" w:type="dxa"/>
            <w:shd w:val="clear" w:color="auto" w:fill="E5EBF0"/>
            <w:tcMar>
              <w:left w:w="227" w:type="dxa"/>
              <w:right w:w="170" w:type="dxa"/>
            </w:tcMar>
          </w:tcPr>
          <w:p>
            <w:pPr>
              <w:pStyle w:val="OJSADeclLabel"/>
            </w:pPr>
            <w:bookmarkStart w:id="41105" w:name="_ojsa_acknowledgments"/>
            <w:r>
              <w:t xml:space="preserve">Acknowledgments</w:t>
            </w:r>
            <w:bookmarkEnd w:id="41105"/>
          </w:p>
          <w:sdt>
            <w:sdtPr>
              <w:alias w:val="Author · Acknowledgments"/>
              <w:tag w:val="ojsa:sec:acknowledgments"/>
              <w:id w:val="41106"/>
              <w:lock w:val="sdtLocked"/>
              <w:showingPlcHdr/>
              <w15:color xmlns:w15="http://schemas.microsoft.com/office/word/2012/wordml" w:val="2E7D32"/>
              <w:richText/>
            </w:sdtPr>
            <w:sdtContent>
              <w:p>
                <w:pPr>
                  <w:pStyle w:val="OJSADeclBody"/>
                </w:pPr>
                <w:r>
                  <w:rPr>
                    <w:rStyle w:val="PlaceholderText"/>
                  </w:rPr>
                  <w:t xml:space="preserve">Thank people or institutions who helped but do not meet authorship criteria. Delete if not needed.</w:t>
                </w:r>
              </w:p>
            </w:sdtContent>
          </w:sdt>
        </w:tc>
      </w:tr>
    </w:tbl>
    <w:p>
      <w:pPr>
        <w:pStyle w:val="OJSABody"/>
        <w:spacing w:after="0"/>
      </w:pPr>
    </w:p>
    <w:p>
      <w:pPr>
        <w:pStyle w:val="OJSABody"/>
        <w:spacing w:before="120" w:after="0"/>
      </w:pPr>
    </w:p>
    <w:tbl>
      <w:tblPr>
        <w:tblW w:w="9638" w:type="dxa"/>
        <w:tblInd w:w="113" w:type="dxa"/>
        <w:tblBorders>
          <w:top w:val="single" w:sz="4" w:space="0" w:color="007A8A"/>
          <w:bottom w:val="single" w:sz="4" w:space="0" w:color="007A8A"/>
          <w:left w:val="single" w:sz="4" w:space="0" w:color="007A8A"/>
          <w:right w:val="single" w:sz="4" w:space="0" w:color="007A8A"/>
        </w:tblBorders>
        <w:tblLayout w:type="fixed"/>
        <w:tblCellMar>
          <w:top w:w="60" w:type="dxa"/>
          <w:left w:w="113" w:type="dxa"/>
          <w:bottom w:w="60" w:type="dxa"/>
          <w:right w:w="0" w:type="dxa"/>
        </w:tblCellMar>
        <w:tblLook w:val="0000" w:firstRow="0" w:lastRow="0" w:firstColumn="0" w:lastColumn="0" w:noHBand="1" w:noVBand="1"/>
      </w:tblPr>
      <w:tblGrid>
        <w:gridCol w:w="9638"/>
      </w:tblGrid>
      <w:tr>
        <w:trPr>
          <w:cantSplit/>
          <w:tblHeader/>
        </w:trPr>
        <w:tc>
          <w:tcPr>
            <w:tcW w:w="9638" w:type="dxa"/>
            <w:shd w:val="clear" w:color="auto" w:fill="007A8A"/>
            <w:tcMar>
              <w:left w:w="113" w:type="dxa"/>
              <w:right w:w="113" w:type="dxa"/>
            </w:tcMar>
          </w:tcPr>
          <w:p>
            <w:pPr>
              <w:pStyle w:val="OJSAInfo"/>
              <w:spacing w:after="0"/>
            </w:pPr>
            <w:r>
              <w:rPr>
                <w:rFonts w:ascii="Calibri" w:hAnsi="Calibri" w:cs="Calibri"/>
                <w:b/>
                <w:bCs/>
                <w:caps/>
                <w:color w:val="FFFFFF"/>
                <w:spacing w:val="10"/>
                <w:sz w:val="15"/>
                <w:szCs w:val="15"/>
              </w:rPr>
              <w:t xml:space="preserve">Editorial record</w:t>
            </w:r>
            <w:r>
              <w:rPr>
                <w:rFonts w:ascii="Calibri" w:hAnsi="Calibri" w:cs="Calibri"/>
                <w:color w:val="FFFFFF"/>
                <w:sz w:val="14"/>
                <w:szCs w:val="14"/>
              </w:rPr>
              <w:t xml:space="preserve">  ·  completed by the Desk Editorial from OJS</w:t>
            </w:r>
          </w:p>
        </w:tc>
      </w:tr>
      <w:tr>
        <w:trPr>
          <w:cantSplit/>
        </w:trPr>
        <w:tc>
          <w:tcPr>
            <w:tcW w:w="9638" w:type="dxa"/>
            <w:tcMar>
              <w:left w:w="113" w:type="dxa"/>
              <w:right w:w="113" w:type="dxa"/>
            </w:tcMar>
          </w:tcPr>
          <w:tbl>
            <w:tblPr>
              <w:tblW w:w="9412" w:type="dxa"/>
              <w:tblInd w:w="100" w:type="dxa"/>
              <w:tblBorders>
                <w:top w:val="nil"/>
                <w:left w:val="nil"/>
                <w:bottom w:val="nil"/>
                <w:right w:val="nil"/>
                <w:insideH w:val="nil"/>
                <w:insideV w:val="nil"/>
              </w:tblBorders>
              <w:tblLayout w:type="fixed"/>
              <w:tblCellMar>
                <w:top w:w="100" w:type="dxa"/>
                <w:left w:w="100" w:type="dxa"/>
                <w:bottom w:w="100" w:type="dxa"/>
                <w:right w:w="0" w:type="dxa"/>
              </w:tblCellMar>
              <w:tblLook w:val="0000" w:firstRow="0" w:lastRow="0" w:firstColumn="0" w:lastColumn="0" w:noHBand="1" w:noVBand="1"/>
            </w:tblPr>
            <w:tblGrid>
              <w:gridCol w:w="7512"/>
              <w:gridCol w:w="1900"/>
            </w:tblGrid>
            <w:tr>
              <w:trPr>
                <w:cantSplit/>
              </w:trPr>
              <w:tc>
                <w:tcPr>
                  <w:tcW w:w="7512" w:type="dxa"/>
                  <w:tcMar>
                    <w:left w:w="100" w:type="dxa"/>
                    <w:right w:w="100" w:type="dxa"/>
                  </w:tcMar>
                  <w:vAlign w:val="top"/>
                </w:tcPr>
                <w:p>
                  <w:pPr>
                    <w:pStyle w:val="OJSAInfo"/>
                    <w:spacing w:after="60"/>
                  </w:pPr>
                  <w:r>
                    <w:rPr>
                      <w:rFonts w:ascii="Calibri" w:hAnsi="Calibri" w:cs="Calibri"/>
                      <w:b/>
                      <w:bCs/>
                      <w:caps/>
                      <w:color w:val="033D72"/>
                      <w:spacing w:val="10"/>
                      <w:sz w:val="15"/>
                      <w:szCs w:val="15"/>
                    </w:rPr>
                    <w:t xml:space="preserve">Submission history</w:t>
                  </w:r>
                </w:p>
                <w:sdt>
                  <w:sdtPr>
                    <w:alias w:val="Desk Editorial · Submission history"/>
                    <w:tag w:val="ojsa:history"/>
                    <w:id w:val="41107"/>
                    <w:lock w:val="sdtLocked"/>
                    <w:showingPlcHdr/>
                    <w15:color xmlns:w15="http://schemas.microsoft.com/office/word/2012/wordml" w:val="033D72"/>
                    <w:richText/>
                  </w:sdtPr>
                  <w:sdtContent>
                    <w:tbl>
                      <w:tblPr>
                        <w:tblW w:w="7312" w:type="dxa"/>
                        <w:tblInd w:w="0" w:type="dxa"/>
                        <w:tblBorders>
                          <w:top w:val="nil"/>
                          <w:left w:val="nil"/>
                          <w:bottom w:val="nil"/>
                          <w:right w:val="nil"/>
                          <w:insideH w:val="nil"/>
                          <w:insideV w:val="nil"/>
                        </w:tblBorders>
                        <w:tblLayout w:type="fixed"/>
                        <w:tblCellMar>
                          <w:top w:w="0" w:type="dxa"/>
                          <w:left w:w="100" w:type="dxa"/>
                          <w:bottom w:w="0" w:type="dxa"/>
                          <w:right w:w="100" w:type="dxa"/>
                        </w:tblCellMar>
                        <w:tblLook w:val="0000" w:noHBand="1" w:noVBand="1"/>
                      </w:tblPr>
                      <w:tblGrid>
                        <w:gridCol w:w="1550"/>
                        <w:gridCol w:w="5762"/>
                      </w:tblGrid>
                      <w:tr>
                        <w:trPr>
                          <w:cantSplit/>
                        </w:trPr>
                        <w:tc>
                          <w:tcPr>
                            <w:tcW w:w="1550" w:type="dxa"/>
                          </w:tcPr>
                          <w:p>
                            <w:pPr>
                              <w:pStyle w:val="OJSAInfo"/>
                              <w:spacing w:before="20" w:after="20"/>
                            </w:pPr>
                            <w:r>
                              <w:rPr>
                                <w:rFonts w:ascii="Calibri" w:hAnsi="Calibri" w:cs="Calibri"/>
                                <w:b/>
                                <w:bCs/>
                                <w:color w:val="033D72"/>
                                <w:sz w:val="16"/>
                                <w:szCs w:val="16"/>
                              </w:rPr>
                              <w:t xml:space="preserve">dd Month yyyy</w:t>
                            </w:r>
                          </w:p>
                        </w:tc>
                        <w:tc>
                          <w:tcPr>
                            <w:tcW w:w="5762" w:type="dxa"/>
                            <w:tcBorders>
                              <w:left w:val="single" w:sz="12" w:space="0" w:color="033D72"/>
                            </w:tcBorders>
                          </w:tcPr>
                          <w:p>
                            <w:pPr>
                              <w:pStyle w:val="OJSAInfo"/>
                              <w:spacing w:before="20" w:after="20"/>
                            </w:pPr>
                            <w:r>
                              <w:rPr>
                                <w:rFonts w:ascii="Calibri" w:hAnsi="Calibri" w:cs="Calibri"/>
                                <w:color w:val="1F2933"/>
                                <w:sz w:val="16"/>
                                <w:szCs w:val="16"/>
                              </w:rPr>
                              <w:t xml:space="preserve">Submitted</w:t>
                            </w:r>
                          </w:p>
                        </w:tc>
                      </w:tr>
                      <w:tr>
                        <w:trPr>
                          <w:cantSplit/>
                        </w:trPr>
                        <w:tc>
                          <w:tcPr>
                            <w:tcW w:w="1550" w:type="dxa"/>
                          </w:tcPr>
                          <w:p>
                            <w:pPr>
                              <w:pStyle w:val="OJSAInfo"/>
                              <w:spacing w:before="20" w:after="20"/>
                            </w:pPr>
                            <w:r>
                              <w:rPr>
                                <w:rFonts w:ascii="Calibri" w:hAnsi="Calibri" w:cs="Calibri"/>
                                <w:b/>
                                <w:bCs/>
                                <w:color w:val="033D72"/>
                                <w:sz w:val="16"/>
                                <w:szCs w:val="16"/>
                              </w:rPr>
                              <w:t xml:space="preserve">dd Month yyyy</w:t>
                            </w:r>
                          </w:p>
                        </w:tc>
                        <w:tc>
                          <w:tcPr>
                            <w:tcW w:w="5762" w:type="dxa"/>
                            <w:tcBorders>
                              <w:left w:val="single" w:sz="12" w:space="0" w:color="033D72"/>
                            </w:tcBorders>
                          </w:tcPr>
                          <w:p>
                            <w:pPr>
                              <w:pStyle w:val="OJSAInfo"/>
                              <w:spacing w:before="20" w:after="20"/>
                            </w:pPr>
                            <w:r>
                              <w:rPr>
                                <w:rFonts w:ascii="Calibri" w:hAnsi="Calibri" w:cs="Calibri"/>
                                <w:color w:val="1F2933"/>
                                <w:sz w:val="16"/>
                                <w:szCs w:val="16"/>
                              </w:rPr>
                              <w:t xml:space="preserve">Sent to peer review</w:t>
                            </w:r>
                          </w:p>
                        </w:tc>
                      </w:tr>
                      <w:tr>
                        <w:trPr>
                          <w:cantSplit/>
                        </w:trPr>
                        <w:tc>
                          <w:tcPr>
                            <w:tcW w:w="1550" w:type="dxa"/>
                          </w:tcPr>
                          <w:p>
                            <w:pPr>
                              <w:pStyle w:val="OJSAInfo"/>
                              <w:spacing w:before="20" w:after="20"/>
                            </w:pPr>
                            <w:r>
                              <w:rPr>
                                <w:rFonts w:ascii="Calibri" w:hAnsi="Calibri" w:cs="Calibri"/>
                                <w:b/>
                                <w:bCs/>
                                <w:color w:val="033D72"/>
                                <w:sz w:val="16"/>
                                <w:szCs w:val="16"/>
                              </w:rPr>
                              <w:t xml:space="preserve">dd Month yyyy</w:t>
                            </w:r>
                          </w:p>
                        </w:tc>
                        <w:tc>
                          <w:tcPr>
                            <w:tcW w:w="5762" w:type="dxa"/>
                            <w:tcBorders>
                              <w:left w:val="single" w:sz="12" w:space="0" w:color="033D72"/>
                            </w:tcBorders>
                          </w:tcPr>
                          <w:p>
                            <w:pPr>
                              <w:pStyle w:val="OJSAInfo"/>
                              <w:spacing w:before="20" w:after="20"/>
                            </w:pPr>
                            <w:r>
                              <w:rPr>
                                <w:rFonts w:ascii="Calibri" w:hAnsi="Calibri" w:cs="Calibri"/>
                                <w:color w:val="1F2933"/>
                                <w:sz w:val="16"/>
                                <w:szCs w:val="16"/>
                              </w:rPr>
                              <w:t xml:space="preserve">Revision requested</w:t>
                            </w:r>
                          </w:p>
                        </w:tc>
                      </w:tr>
                      <w:tr>
                        <w:trPr>
                          <w:cantSplit/>
                        </w:trPr>
                        <w:tc>
                          <w:tcPr>
                            <w:tcW w:w="1550" w:type="dxa"/>
                          </w:tcPr>
                          <w:p>
                            <w:pPr>
                              <w:pStyle w:val="OJSAInfo"/>
                              <w:spacing w:before="20" w:after="20"/>
                            </w:pPr>
                            <w:r>
                              <w:rPr>
                                <w:rFonts w:ascii="Calibri" w:hAnsi="Calibri" w:cs="Calibri"/>
                                <w:b/>
                                <w:bCs/>
                                <w:color w:val="033D72"/>
                                <w:sz w:val="16"/>
                                <w:szCs w:val="16"/>
                              </w:rPr>
                              <w:t xml:space="preserve">dd Month yyyy</w:t>
                            </w:r>
                          </w:p>
                        </w:tc>
                        <w:tc>
                          <w:tcPr>
                            <w:tcW w:w="5762" w:type="dxa"/>
                            <w:tcBorders>
                              <w:left w:val="single" w:sz="12" w:space="0" w:color="033D72"/>
                            </w:tcBorders>
                          </w:tcPr>
                          <w:p>
                            <w:pPr>
                              <w:pStyle w:val="OJSAInfo"/>
                              <w:spacing w:before="20" w:after="20"/>
                            </w:pPr>
                            <w:r>
                              <w:rPr>
                                <w:rFonts w:ascii="Calibri" w:hAnsi="Calibri" w:cs="Calibri"/>
                                <w:color w:val="1F2933"/>
                                <w:sz w:val="16"/>
                                <w:szCs w:val="16"/>
                              </w:rPr>
                              <w:t xml:space="preserve">Revised manuscript received</w:t>
                            </w:r>
                          </w:p>
                        </w:tc>
                      </w:tr>
                      <w:tr>
                        <w:trPr>
                          <w:cantSplit/>
                        </w:trPr>
                        <w:tc>
                          <w:tcPr>
                            <w:tcW w:w="1550" w:type="dxa"/>
                          </w:tcPr>
                          <w:p>
                            <w:pPr>
                              <w:pStyle w:val="OJSAInfo"/>
                              <w:spacing w:before="20" w:after="20"/>
                            </w:pPr>
                            <w:r>
                              <w:rPr>
                                <w:rFonts w:ascii="Calibri" w:hAnsi="Calibri" w:cs="Calibri"/>
                                <w:b/>
                                <w:bCs/>
                                <w:color w:val="033D72"/>
                                <w:sz w:val="16"/>
                                <w:szCs w:val="16"/>
                              </w:rPr>
                              <w:t xml:space="preserve">dd Month yyyy</w:t>
                            </w:r>
                          </w:p>
                        </w:tc>
                        <w:tc>
                          <w:tcPr>
                            <w:tcW w:w="5762" w:type="dxa"/>
                            <w:tcBorders>
                              <w:left w:val="single" w:sz="12" w:space="0" w:color="033D72"/>
                            </w:tcBorders>
                          </w:tcPr>
                          <w:p>
                            <w:pPr>
                              <w:pStyle w:val="OJSAInfo"/>
                              <w:spacing w:before="20" w:after="20"/>
                            </w:pPr>
                            <w:r>
                              <w:rPr>
                                <w:rFonts w:ascii="Calibri" w:hAnsi="Calibri" w:cs="Calibri"/>
                                <w:color w:val="1F2933"/>
                                <w:sz w:val="16"/>
                                <w:szCs w:val="16"/>
                              </w:rPr>
                              <w:t xml:space="preserve">Accepted</w:t>
                            </w:r>
                          </w:p>
                        </w:tc>
                      </w:tr>
                      <w:tr>
                        <w:trPr>
                          <w:cantSplit/>
                        </w:trPr>
                        <w:tc>
                          <w:tcPr>
                            <w:tcW w:w="1550" w:type="dxa"/>
                          </w:tcPr>
                          <w:p>
                            <w:pPr>
                              <w:pStyle w:val="OJSAInfo"/>
                              <w:spacing w:before="20" w:after="20"/>
                            </w:pPr>
                            <w:r>
                              <w:rPr>
                                <w:rFonts w:ascii="Calibri" w:hAnsi="Calibri" w:cs="Calibri"/>
                                <w:b/>
                                <w:bCs/>
                                <w:color w:val="033D72"/>
                                <w:sz w:val="16"/>
                                <w:szCs w:val="16"/>
                              </w:rPr>
                              <w:t xml:space="preserve">dd Month yyyy</w:t>
                            </w:r>
                          </w:p>
                        </w:tc>
                        <w:tc>
                          <w:tcPr>
                            <w:tcW w:w="5762" w:type="dxa"/>
                            <w:tcBorders>
                              <w:left w:val="single" w:sz="12" w:space="0" w:color="033D72"/>
                            </w:tcBorders>
                          </w:tcPr>
                          <w:p>
                            <w:pPr>
                              <w:pStyle w:val="OJSAInfo"/>
                              <w:spacing w:before="20" w:after="20"/>
                            </w:pPr>
                            <w:r>
                              <w:rPr>
                                <w:rFonts w:ascii="Calibri" w:hAnsi="Calibri" w:cs="Calibri"/>
                                <w:color w:val="1F2933"/>
                                <w:sz w:val="16"/>
                                <w:szCs w:val="16"/>
                              </w:rPr>
                              <w:t xml:space="preserve">Published</w:t>
                            </w:r>
                          </w:p>
                        </w:tc>
                      </w:tr>
                    </w:tbl>
                  </w:sdtContent>
                </w:sdt>
                <w:p>
                  <w:pPr>
                    <w:pStyle w:val="OJSAInfo"/>
                    <w:spacing w:before="60" w:after="0"/>
                  </w:pPr>
                  <w:r>
                    <w:rPr>
                      <w:rFonts w:ascii="Calibri" w:hAnsi="Calibri" w:cs="Calibri"/>
                      <w:color w:val="5F6B7A"/>
                      <w:sz w:val="15"/>
                      <w:szCs w:val="15"/>
                    </w:rPr>
                    <w:t xml:space="preserve">Submission ID </w:t>
                  </w:r>
                  <w:sdt>
                    <w:sdtPr>
                      <w:rPr>
                        <w:rFonts w:ascii="Calibri" w:hAnsi="Calibri" w:cs="Calibri"/>
                        <w:color w:val="5F6B7A"/>
                        <w:sz w:val="15"/>
                        <w:szCs w:val="15"/>
                      </w:rPr>
                      <w:alias w:val="Desk Editorial · Submission ID"/>
                      <w:tag w:val="ojsa:submission_id"/>
                      <w:id w:val="41108"/>
                      <w:lock w:val="sdtLocked"/>
                      <w:dataBinding w:prefixMappings="xmlns:m='urn:ojs-agents:manuscript:1'" w:xpath="/m:manuscript[1]/m:publication[1]/m:submissionId[1]" w:storeItemID="{74DE08B8-B464-4A5A-A104-DCA6F1E37B06}"/>
                      <w15:color xmlns:w15="http://schemas.microsoft.com/office/word/2012/wordml" w:val="033D72"/>
                      <w:text/>
                    </w:sdtPr>
                    <w:sdtContent>
                      <w:r>
                        <w:rPr>
                          <w:rStyle w:val="OJSAPending"/>
                          <w:rFonts w:ascii="Calibri" w:hAnsi="Calibri" w:cs="Calibri"/>
                          <w:color w:val="5F6B7A"/>
                          <w:sz w:val="15"/>
                          <w:szCs w:val="15"/>
                          <w:u w:val="dotted" w:color="007A8A"/>
                          <w:shd w:val="clear" w:color="auto" w:fill="C6E1E5"/>
                        </w:rPr>
                        <w:t xml:space="preserve">#xxx</w:t>
                      </w:r>
                    </w:sdtContent>
                  </w:sdt>
                </w:p>
              </w:tc>
              <w:tc>
                <w:tcPr>
                  <w:tcW w:w="1900" w:type="dxa"/>
                  <w:shd w:val="clear" w:color="auto" w:fill="E0EFF0"/>
                  <w:tcMar>
                    <w:left w:w="100" w:type="dxa"/>
                    <w:right w:w="100" w:type="dxa"/>
                  </w:tcMar>
                  <w:vAlign w:val="top"/>
                </w:tcPr>
                <w:p>
                  <w:pPr>
                    <w:pStyle w:val="OJSAInfo"/>
                    <w:spacing w:after="40"/>
                    <w:jc w:val="center"/>
                  </w:pPr>
                  <w:sdt>
                    <w:sdtPr>
                      <w:alias w:val="Desk Editorial · Acceptance certificate QR"/>
                      <w:tag w:val="ojsa:img:certificate_qr"/>
                      <w:id w:val="41110"/>
                      <w:lock w:val="sdtLocked"/>
                      <w15:color xmlns:w15="http://schemas.microsoft.com/office/word/2012/wordml" w:val="033D72"/>
                      <w:picture/>
                    </w:sdtPr>
                    <w:sdtContent>
                      <w:r>
                        <w:drawing>
                          <wp:inline xmlns:a="http://schemas.openxmlformats.org/drawingml/2006/main" xmlns:pic="http://schemas.openxmlformats.org/drawingml/2006/picture" distT="0" distB="0" distL="0" distR="0">
                            <wp:extent cx="792000" cy="792000"/>
                            <wp:docPr id="41109" name="ojsa-certificate_qr-41109"/>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792000" cy="792000"/>
                                    </a:xfrm>
                                    <a:prstGeom prst="rect"/>
                                  </pic:spPr>
                                </pic:pic>
                              </a:graphicData>
                            </a:graphic>
                          </wp:inline>
                        </w:drawing>
                      </w:r>
                    </w:sdtContent>
                  </w:sdt>
                </w:p>
                <w:p>
                  <w:pPr>
                    <w:pStyle w:val="OJSAInfo"/>
                    <w:spacing w:after="20"/>
                    <w:jc w:val="center"/>
                  </w:pPr>
                  <w:r>
                    <w:rPr>
                      <w:rFonts w:ascii="Calibri" w:hAnsi="Calibri" w:cs="Calibri"/>
                      <w:b/>
                      <w:bCs/>
                      <w:caps/>
                      <w:color w:val="033D72"/>
                      <w:spacing w:val="10"/>
                      <w:sz w:val="15"/>
                      <w:szCs w:val="15"/>
                    </w:rPr>
                    <w:t xml:space="preserve">Certificate of acceptance</w:t>
                  </w:r>
                </w:p>
                <w:p>
                  <w:pPr>
                    <w:pStyle w:val="OJSAInfo"/>
                    <w:spacing w:after="0"/>
                    <w:jc w:val="center"/>
                  </w:pPr>
                  <w:r>
                    <w:rPr>
                      <w:rFonts w:ascii="Calibri" w:hAnsi="Calibri" w:cs="Calibri"/>
                      <w:color w:val="5F6B7A"/>
                      <w:sz w:val="15"/>
                      <w:szCs w:val="15"/>
                    </w:rPr>
                    <w:t xml:space="preserve">No. </w:t>
                  </w:r>
                  <w:sdt>
                    <w:sdtPr>
                      <w:rPr>
                        <w:rFonts w:ascii="Calibri" w:hAnsi="Calibri" w:cs="Calibri"/>
                        <w:color w:val="5F6B7A"/>
                        <w:sz w:val="15"/>
                        <w:szCs w:val="15"/>
                      </w:rPr>
                      <w:alias w:val="Desk Editorial · Certificate number"/>
                      <w:tag w:val="ojsa:certificate_number"/>
                      <w:id w:val="41111"/>
                      <w:lock w:val="sdtLocked"/>
                      <w:dataBinding w:prefixMappings="xmlns:m='urn:ojs-agents:manuscript:1'" w:xpath="/m:manuscript[1]/m:certificate[1]/m:number[1]" w:storeItemID="{74DE08B8-B464-4A5A-A104-DCA6F1E37B06}"/>
                      <w15:color xmlns:w15="http://schemas.microsoft.com/office/word/2012/wordml" w:val="033D72"/>
                      <w:text/>
                    </w:sdtPr>
                    <w:sdtContent>
                      <w:r>
                        <w:rPr>
                          <w:rStyle w:val="OJSAPending"/>
                          <w:rFonts w:ascii="Calibri" w:hAnsi="Calibri" w:cs="Calibri"/>
                          <w:color w:val="5F6B7A"/>
                          <w:sz w:val="15"/>
                          <w:szCs w:val="15"/>
                          <w:u w:val="dotted" w:color="007A8A"/>
                          <w:shd w:val="clear" w:color="auto" w:fill="C6E1E5"/>
                        </w:rPr>
                        <w:t xml:space="preserve">Issued on acceptance</w:t>
                      </w:r>
                    </w:sdtContent>
                  </w:sdt>
                </w:p>
                <w:p>
                  <w:pPr>
                    <w:pStyle w:val="OJSAInfo"/>
                    <w:spacing w:after="20"/>
                    <w:jc w:val="center"/>
                  </w:pPr>
                  <w:sdt>
                    <w:sdtPr>
                      <w:rPr>
                        <w:rFonts w:ascii="Calibri" w:hAnsi="Calibri" w:cs="Calibri"/>
                        <w:color w:val="5F6B7A"/>
                        <w:sz w:val="15"/>
                        <w:szCs w:val="15"/>
                      </w:rPr>
                      <w:alias w:val="Desk Editorial · Certificate issued"/>
                      <w:tag w:val="ojsa:certificate_issued"/>
                      <w:id w:val="41112"/>
                      <w:lock w:val="sdtLocked"/>
                      <w:dataBinding w:prefixMappings="xmlns:m='urn:ojs-agents:manuscript:1'" w:xpath="/m:manuscript[1]/m:certificate[1]/m:issued[1]" w:storeItemID="{74DE08B8-B464-4A5A-A104-DCA6F1E37B06}"/>
                      <w15:color xmlns:w15="http://schemas.microsoft.com/office/word/2012/wordml" w:val="033D72"/>
                      <w:text/>
                    </w:sdtPr>
                    <w:sdtContent>
                      <w:r>
                        <w:rPr>
                          <w:rStyle w:val="OJSAPending"/>
                          <w:rFonts w:ascii="Calibri" w:hAnsi="Calibri" w:cs="Calibri"/>
                          <w:color w:val="5F6B7A"/>
                          <w:sz w:val="15"/>
                          <w:szCs w:val="15"/>
                          <w:u w:val="dotted" w:color="007A8A"/>
                          <w:shd w:val="clear" w:color="auto" w:fill="C6E1E5"/>
                        </w:rPr>
                        <w:t xml:space="preserve">dd Month yyyy</w:t>
                      </w:r>
                    </w:sdtContent>
                  </w:sdt>
                </w:p>
                <w:p>
                  <w:pPr>
                    <w:pStyle w:val="OJSAInfo"/>
                    <w:spacing w:after="0"/>
                    <w:jc w:val="center"/>
                  </w:pPr>
                  <w:r>
                    <w:rPr>
                      <w:rFonts w:ascii="Calibri" w:hAnsi="Calibri" w:cs="Calibri"/>
                      <w:i/>
                      <w:iCs/>
                      <w:color w:val="5F6B7A"/>
                      <w:sz w:val="13"/>
                      <w:szCs w:val="13"/>
                    </w:rPr>
                    <w:t xml:space="preserve">Scan to verify and download</w:t>
                  </w:r>
                </w:p>
                <w:p>
                  <w:pPr>
                    <w:pStyle w:val="OJSAInfo"/>
                    <w:spacing w:after="0"/>
                    <w:jc w:val="center"/>
                  </w:pPr>
                  <w:sdt>
                    <w:sdtPr>
                      <w:rPr>
                        <w:rFonts w:ascii="Calibri" w:hAnsi="Calibri" w:cs="Calibri"/>
                        <w:color w:val="033D72"/>
                        <w:sz w:val="12"/>
                        <w:szCs w:val="12"/>
                      </w:rPr>
                      <w:alias w:val="Desk Editorial · Certificate link"/>
                      <w:tag w:val="ojsa:certificate_url"/>
                      <w:id w:val="41113"/>
                      <w:lock w:val="sdtLocked"/>
                      <w:dataBinding w:prefixMappings="xmlns:m='urn:ojs-agents:manuscript:1'" w:xpath="/m:manuscript[1]/m:certificate[1]/m:url[1]" w:storeItemID="{74DE08B8-B464-4A5A-A104-DCA6F1E37B06}"/>
                      <w15:color xmlns:w15="http://schemas.microsoft.com/office/word/2012/wordml" w:val="033D72"/>
                      <w:text/>
                    </w:sdtPr>
                    <w:sdtContent>
                      <w:r>
                        <w:rPr>
                          <w:rStyle w:val="OJSAPending"/>
                          <w:rFonts w:ascii="Calibri" w:hAnsi="Calibri" w:cs="Calibri"/>
                          <w:color w:val="033D72"/>
                          <w:sz w:val="12"/>
                          <w:szCs w:val="12"/>
                          <w:u w:val="dotted" w:color="007A8A"/>
                          <w:shd w:val="clear" w:color="auto" w:fill="C6E1E5"/>
                        </w:rPr>
                        <w:t xml:space="preserve">Added by the Desk Editorial</w:t>
                      </w:r>
                    </w:sdtContent>
                  </w:sdt>
                </w:p>
              </w:tc>
            </w:tr>
          </w:tbl>
          <w:p>
            <w:pPr>
              <w:pStyle w:val="OJSAInfo"/>
              <w:spacing w:before="0" w:after="0" w:line="20" w:lineRule="exact"/>
              <w:rPr>
                <w:sz w:val="2"/>
                <w:szCs w:val="2"/>
              </w:rPr>
            </w:pPr>
          </w:p>
        </w:tc>
      </w:tr>
    </w:tbl>
    <w:p>
      <w:pPr>
        <w:pStyle w:val="OJSABody"/>
        <w:spacing w:after="120"/>
      </w:pPr>
    </w:p>
    <w:p>
      <w:pPr>
        <w:pStyle w:val="Heading1"/>
      </w:pPr>
      <w:bookmarkStart w:id="41114" w:name="_ojsa_references"/>
      <w:r>
        <w:t xml:space="preserve">References</w:t>
      </w:r>
      <w:bookmarkEnd w:id="41114"/>
    </w:p>
    <w:sdt>
      <w:sdtPr>
        <w:alias w:val="Author · References"/>
        <w:tag w:val="ojsa:sec:references"/>
        <w:id w:val="41115"/>
        <w:lock w:val="sdtLocked"/>
        <w:showingPlcHdr/>
        <w15:color xmlns:w15="http://schemas.microsoft.com/office/word/2012/wordml" w:val="2E7D32"/>
        <w:richText/>
      </w:sdtPr>
      <w:sdtContent>
        <w:p>
          <w:pPr>
            <w:pStyle w:val="OJSAReference"/>
          </w:pPr>
          <w:r>
            <w:rPr>
              <w:rStyle w:val="PlaceholderText"/>
            </w:rPr>
            <w:t xml:space="preserve">One reference per paragraph, in the journal's citation style, listing only works cited in the text. Give the DOI as https://doi.org/… for every reference that has one. Use a reference manager (Mendeley, Zotero, EndNote). At least 20 references, mostly published in the last five years. Style: IEEE. Cite in the text by number in square brackets: [1], [2], [3]–[5].</w:t>
          </w:r>
        </w:p>
        <w:p>
          <w:pPr>
            <w:pStyle w:val="OJSAReference"/>
          </w:pPr>
          <w:r>
            <w:rPr>
              <w:rStyle w:val="PlaceholderText"/>
            </w:rPr>
            <w:t xml:space="preserve">[1] A. Putri, B. Santoso, and C. Wijaya, "Digital literacy among university students," J. Educ. Res., vol. 12, no. 2, pp. 45–60, 2021, doi: 10.xxxxx/jer.2021.012.</w:t>
          </w:r>
        </w:p>
        <w:p>
          <w:pPr>
            <w:pStyle w:val="OJSAReference"/>
          </w:pPr>
          <w:r>
            <w:rPr>
              <w:rStyle w:val="PlaceholderText"/>
            </w:rPr>
            <w:t xml:space="preserve">[2] L. Wang, Research Methods in Education, 3rd ed. London, U.K.: Routledge, 2022, doi: 10.xxxxx/9781000000000.</w:t>
          </w:r>
        </w:p>
      </w:sdtContent>
    </w:sdt>
    <w:p>
      <w:pPr>
        <w:pStyle w:val="Heading1"/>
      </w:pPr>
      <w:bookmarkStart w:id="41116" w:name="_ojsa_appendix"/>
      <w:r>
        <w:t xml:space="preserve">Appendix</w:t>
      </w:r>
      <w:bookmarkEnd w:id="41116"/>
    </w:p>
    <w:sdt>
      <w:sdtPr>
        <w:alias w:val="Author · Appendix"/>
        <w:tag w:val="ojsa:sec:appendix"/>
        <w:id w:val="41117"/>
        <w:lock w:val="sdtLocked"/>
        <w:showingPlcHdr/>
        <w15:color xmlns:w15="http://schemas.microsoft.com/office/word/2012/wordml" w:val="2E7D32"/>
        <w:richText/>
      </w:sdtPr>
      <w:sdtContent>
        <w:p>
          <w:pPr>
            <w:pStyle w:val="OJSABody"/>
          </w:pPr>
          <w:r>
            <w:rPr>
              <w:rStyle w:val="PlaceholderText"/>
            </w:rPr>
            <w:t xml:space="preserve">Optional supplementary material such as instruments or extended tables. Delete if not needed.</w:t>
          </w:r>
        </w:p>
      </w:sdtContent>
    </w:sdt>
    <w:sdt>
      <w:sdtPr>
        <w:alias w:val="Style guide"/>
        <w:tag w:val="ojsa:guide"/>
        <w:id w:val="41118"/>
        <w:richText/>
      </w:sdtPr>
      <w:sdtContent>
        <w:p>
          <w:pPr>
            <w:pStyle w:val="OJSALabel"/>
            <w:shd w:val="clear" w:color="auto" w:fill="033D72"/>
            <w:spacing w:before="360"/>
          </w:pPr>
          <w:r>
            <w:rPr>
              <w:rFonts w:ascii="Calibri" w:hAnsi="Calibri" w:cs="Calibri"/>
              <w:b/>
              <w:bCs/>
              <w:color w:val="FFFFFF"/>
              <w:spacing w:val="10"/>
              <w:sz w:val="17"/>
              <w:szCs w:val="17"/>
            </w:rPr>
            <w:t xml:space="preserve">STYLE GUIDE — this block is removed automatically before publication</w:t>
          </w:r>
        </w:p>
        <w:tbl>
          <w:tblPr>
            <w:tblW w:w="9638" w:type="dxa"/>
            <w:tblInd w:w="100" w:type="dxa"/>
            <w:tblBorders>
              <w:bottom w:val="single" w:sz="4" w:space="0" w:color="C9D2DC"/>
              <w:insideH w:val="single" w:sz="4" w:space="0" w:color="C9D2DC"/>
            </w:tblBorders>
            <w:tblLayout w:type="fixed"/>
            <w:tblCellMar>
              <w:top w:w="60" w:type="dxa"/>
              <w:left w:w="100" w:type="dxa"/>
              <w:bottom w:w="60" w:type="dxa"/>
              <w:right w:w="100" w:type="dxa"/>
            </w:tblCellMar>
            <w:tblLook w:val="0000" w:firstRow="0" w:lastRow="0" w:firstColumn="0" w:lastColumn="0" w:noHBand="1" w:noVBand="1"/>
          </w:tblPr>
          <w:tblGrid>
            <w:gridCol w:w="1900"/>
            <w:gridCol w:w="7738"/>
          </w:tblGrid>
          <w:tr>
            <w:trPr>
              <w:cantSplit/>
            </w:trPr>
            <w:tc>
              <w:tcPr>
                <w:tcW w:w="1900" w:type="dxa"/>
                <w:vAlign w:val="center"/>
              </w:tcPr>
              <w:p>
                <w:pPr>
                  <w:pStyle w:val="OJSATable"/>
                </w:pPr>
                <w:r>
                  <w:rPr>
                    <w:rFonts w:ascii="Calibri" w:hAnsi="Calibri" w:cs="Calibri"/>
                    <w:b/>
                    <w:bCs/>
                    <w:color w:val="1F2933"/>
                    <w:sz w:val="17"/>
                    <w:szCs w:val="17"/>
                  </w:rPr>
                  <w:t xml:space="preserve">Heading 1</w:t>
                </w:r>
              </w:p>
              <w:p>
                <w:pPr>
                  <w:pStyle w:val="OJSATable"/>
                </w:pPr>
                <w:r>
                  <w:rPr>
                    <w:rFonts w:ascii="Calibri" w:hAnsi="Calibri" w:cs="Calibri"/>
                    <w:color w:val="5F6B7A"/>
                    <w:sz w:val="15"/>
                    <w:szCs w:val="15"/>
                  </w:rPr>
                  <w:t xml:space="preserve">Word style: Heading 1</w:t>
                </w:r>
              </w:p>
            </w:tc>
            <w:tc>
              <w:tcPr>
                <w:tcW w:w="7738" w:type="dxa"/>
                <w:vAlign w:val="center"/>
              </w:tcPr>
              <w:p>
                <w:pPr>
                  <w:pStyle w:val="OJSAGuideH1"/>
                </w:pPr>
                <w:r>
                  <w:t xml:space="preserve">1. Introduction</w:t>
                </w:r>
              </w:p>
            </w:tc>
          </w:tr>
          <w:tr>
            <w:trPr>
              <w:cantSplit/>
            </w:trPr>
            <w:tc>
              <w:tcPr>
                <w:tcW w:w="1900" w:type="dxa"/>
                <w:vAlign w:val="center"/>
              </w:tcPr>
              <w:p>
                <w:pPr>
                  <w:pStyle w:val="OJSATable"/>
                </w:pPr>
                <w:r>
                  <w:rPr>
                    <w:rFonts w:ascii="Calibri" w:hAnsi="Calibri" w:cs="Calibri"/>
                    <w:b/>
                    <w:bCs/>
                    <w:color w:val="1F2933"/>
                    <w:sz w:val="17"/>
                    <w:szCs w:val="17"/>
                  </w:rPr>
                  <w:t xml:space="preserve">Subheading</w:t>
                </w:r>
              </w:p>
              <w:p>
                <w:pPr>
                  <w:pStyle w:val="OJSATable"/>
                </w:pPr>
                <w:r>
                  <w:rPr>
                    <w:rFonts w:ascii="Calibri" w:hAnsi="Calibri" w:cs="Calibri"/>
                    <w:color w:val="5F6B7A"/>
                    <w:sz w:val="15"/>
                    <w:szCs w:val="15"/>
                  </w:rPr>
                  <w:t xml:space="preserve">Word style: Heading 2</w:t>
                </w:r>
              </w:p>
            </w:tc>
            <w:tc>
              <w:tcPr>
                <w:tcW w:w="7738" w:type="dxa"/>
                <w:vAlign w:val="center"/>
              </w:tcPr>
              <w:p>
                <w:pPr>
                  <w:pStyle w:val="OJSAGuideH2"/>
                </w:pPr>
                <w:r>
                  <w:t xml:space="preserve">2.1 Research Design</w:t>
                </w:r>
              </w:p>
            </w:tc>
          </w:tr>
          <w:tr>
            <w:trPr>
              <w:cantSplit/>
            </w:trPr>
            <w:tc>
              <w:tcPr>
                <w:tcW w:w="1900" w:type="dxa"/>
                <w:vAlign w:val="center"/>
              </w:tcPr>
              <w:p>
                <w:pPr>
                  <w:pStyle w:val="OJSATable"/>
                </w:pPr>
                <w:r>
                  <w:rPr>
                    <w:rFonts w:ascii="Calibri" w:hAnsi="Calibri" w:cs="Calibri"/>
                    <w:b/>
                    <w:bCs/>
                    <w:color w:val="1F2933"/>
                    <w:sz w:val="17"/>
                    <w:szCs w:val="17"/>
                  </w:rPr>
                  <w:t xml:space="preserve">Sub-subheading</w:t>
                </w:r>
              </w:p>
              <w:p>
                <w:pPr>
                  <w:pStyle w:val="OJSATable"/>
                </w:pPr>
                <w:r>
                  <w:rPr>
                    <w:rFonts w:ascii="Calibri" w:hAnsi="Calibri" w:cs="Calibri"/>
                    <w:color w:val="5F6B7A"/>
                    <w:sz w:val="15"/>
                    <w:szCs w:val="15"/>
                  </w:rPr>
                  <w:t xml:space="preserve">Word style: Heading 3</w:t>
                </w:r>
              </w:p>
            </w:tc>
            <w:tc>
              <w:tcPr>
                <w:tcW w:w="7738" w:type="dxa"/>
                <w:vAlign w:val="center"/>
              </w:tcPr>
              <w:p>
                <w:pPr>
                  <w:pStyle w:val="OJSAGuideH3"/>
                </w:pPr>
                <w:r>
                  <w:t xml:space="preserve">2.1.1 Participants</w:t>
                </w:r>
              </w:p>
            </w:tc>
          </w:tr>
          <w:tr>
            <w:trPr>
              <w:cantSplit/>
            </w:trPr>
            <w:tc>
              <w:tcPr>
                <w:tcW w:w="1900" w:type="dxa"/>
                <w:vAlign w:val="center"/>
              </w:tcPr>
              <w:p>
                <w:pPr>
                  <w:pStyle w:val="OJSATable"/>
                </w:pPr>
                <w:r>
                  <w:rPr>
                    <w:rFonts w:ascii="Calibri" w:hAnsi="Calibri" w:cs="Calibri"/>
                    <w:b/>
                    <w:bCs/>
                    <w:color w:val="1F2933"/>
                    <w:sz w:val="17"/>
                    <w:szCs w:val="17"/>
                  </w:rPr>
                  <w:t xml:space="preserve">Body text</w:t>
                </w:r>
              </w:p>
              <w:p>
                <w:pPr>
                  <w:pStyle w:val="OJSATable"/>
                </w:pPr>
                <w:r>
                  <w:rPr>
                    <w:rFonts w:ascii="Calibri" w:hAnsi="Calibri" w:cs="Calibri"/>
                    <w:color w:val="5F6B7A"/>
                    <w:sz w:val="15"/>
                    <w:szCs w:val="15"/>
                  </w:rPr>
                  <w:t xml:space="preserve">Word style: Article Body</w:t>
                </w:r>
              </w:p>
            </w:tc>
            <w:tc>
              <w:tcPr>
                <w:tcW w:w="7738" w:type="dxa"/>
                <w:vAlign w:val="center"/>
              </w:tcPr>
              <w:p>
                <w:pPr>
                  <w:pStyle w:val="OJSABody"/>
                </w:pPr>
                <w:r>
                  <w:t xml:space="preserve">Justified paragraphs, no blank line between them.</w:t>
                </w:r>
              </w:p>
            </w:tc>
          </w:tr>
          <w:tr>
            <w:trPr>
              <w:cantSplit/>
            </w:trPr>
            <w:tc>
              <w:tcPr>
                <w:tcW w:w="1900" w:type="dxa"/>
                <w:vAlign w:val="center"/>
              </w:tcPr>
              <w:p>
                <w:pPr>
                  <w:pStyle w:val="OJSATable"/>
                </w:pPr>
                <w:r>
                  <w:rPr>
                    <w:rFonts w:ascii="Calibri" w:hAnsi="Calibri" w:cs="Calibri"/>
                    <w:b/>
                    <w:bCs/>
                    <w:color w:val="1F2933"/>
                    <w:sz w:val="17"/>
                    <w:szCs w:val="17"/>
                  </w:rPr>
                  <w:t xml:space="preserve">Table caption</w:t>
                </w:r>
              </w:p>
              <w:p>
                <w:pPr>
                  <w:pStyle w:val="OJSATable"/>
                </w:pPr>
                <w:r>
                  <w:rPr>
                    <w:rFonts w:ascii="Calibri" w:hAnsi="Calibri" w:cs="Calibri"/>
                    <w:color w:val="5F6B7A"/>
                    <w:sz w:val="15"/>
                    <w:szCs w:val="15"/>
                  </w:rPr>
                  <w:t xml:space="preserve">Article Table Caption · above the table</w:t>
                </w:r>
              </w:p>
            </w:tc>
            <w:tc>
              <w:tcPr>
                <w:tcW w:w="7738" w:type="dxa"/>
                <w:vAlign w:val="center"/>
              </w:tcPr>
              <w:p>
                <w:pPr>
                  <w:pStyle w:val="OJSAGuideCaption"/>
                </w:pPr>
                <w:r>
                  <w:rPr>
                    <w:b/>
                    <w:bCs/>
                    <w:color w:val="033D72"/>
                  </w:rPr>
                  <w:t xml:space="preserve">Table 1. </w:t>
                </w:r>
                <w:r>
                  <w:t xml:space="preserve">Descriptive statistics</w:t>
                </w:r>
              </w:p>
            </w:tc>
          </w:tr>
          <w:tr>
            <w:trPr>
              <w:cantSplit/>
            </w:trPr>
            <w:tc>
              <w:tcPr>
                <w:tcW w:w="1900" w:type="dxa"/>
                <w:vAlign w:val="center"/>
              </w:tcPr>
              <w:p>
                <w:pPr>
                  <w:pStyle w:val="OJSATable"/>
                </w:pPr>
                <w:r>
                  <w:rPr>
                    <w:rFonts w:ascii="Calibri" w:hAnsi="Calibri" w:cs="Calibri"/>
                    <w:b/>
                    <w:bCs/>
                    <w:color w:val="1F2933"/>
                    <w:sz w:val="17"/>
                    <w:szCs w:val="17"/>
                  </w:rPr>
                  <w:t xml:space="preserve">Figure caption</w:t>
                </w:r>
              </w:p>
              <w:p>
                <w:pPr>
                  <w:pStyle w:val="OJSATable"/>
                </w:pPr>
                <w:r>
                  <w:rPr>
                    <w:rFonts w:ascii="Calibri" w:hAnsi="Calibri" w:cs="Calibri"/>
                    <w:color w:val="5F6B7A"/>
                    <w:sz w:val="15"/>
                    <w:szCs w:val="15"/>
                  </w:rPr>
                  <w:t xml:space="preserve">Article Figure Caption · below the figure</w:t>
                </w:r>
              </w:p>
            </w:tc>
            <w:tc>
              <w:tcPr>
                <w:tcW w:w="7738" w:type="dxa"/>
                <w:vAlign w:val="center"/>
              </w:tcPr>
              <w:p>
                <w:pPr>
                  <w:pStyle w:val="OJSAGuideCaption"/>
                </w:pPr>
                <w:r>
                  <w:rPr>
                    <w:b/>
                    <w:bCs/>
                    <w:color w:val="033D72"/>
                  </w:rPr>
                  <w:t xml:space="preserve">Figure 1. </w:t>
                </w:r>
                <w:r>
                  <w:t xml:space="preserve">Research framework</w:t>
                </w:r>
              </w:p>
            </w:tc>
          </w:tr>
          <w:tr>
            <w:trPr>
              <w:cantSplit/>
            </w:trPr>
            <w:tc>
              <w:tcPr>
                <w:tcW w:w="1900" w:type="dxa"/>
                <w:vAlign w:val="center"/>
              </w:tcPr>
              <w:p>
                <w:pPr>
                  <w:pStyle w:val="OJSATable"/>
                </w:pPr>
                <w:r>
                  <w:rPr>
                    <w:rFonts w:ascii="Calibri" w:hAnsi="Calibri" w:cs="Calibri"/>
                    <w:b/>
                    <w:bCs/>
                    <w:color w:val="1F2933"/>
                    <w:sz w:val="17"/>
                    <w:szCs w:val="17"/>
                  </w:rPr>
                  <w:t xml:space="preserve">Equation</w:t>
                </w:r>
              </w:p>
              <w:p>
                <w:pPr>
                  <w:pStyle w:val="OJSATable"/>
                </w:pPr>
                <w:r>
                  <w:rPr>
                    <w:rFonts w:ascii="Calibri" w:hAnsi="Calibri" w:cs="Calibri"/>
                    <w:color w:val="5F6B7A"/>
                    <w:sz w:val="15"/>
                    <w:szCs w:val="15"/>
                  </w:rPr>
                  <w:t xml:space="preserve">Article Equation · numbered on the right</w:t>
                </w:r>
              </w:p>
            </w:tc>
            <w:tc>
              <w:tcPr>
                <w:tcW w:w="7738" w:type="dxa"/>
                <w:vAlign w:val="center"/>
              </w:tcPr>
              <w:p>
                <w:pPr>
                  <w:pStyle w:val="OJSAEquation"/>
                  <w:tabs>
                    <w:tab w:val="center" w:pos="3769"/>
                    <w:tab w:val="right" w:pos="7498"/>
                  </w:tabs>
                </w:pPr>
                <w:r>
                  <w:tab/>
                </w:r>
                <w:r>
                  <w:t xml:space="preserve">y = β₀ + β₁x + ε</w:t>
                </w:r>
                <w:r>
                  <w:tab/>
                </w:r>
                <w:r>
                  <w:t xml:space="preserve">(1)</w:t>
                </w:r>
              </w:p>
            </w:tc>
          </w:tr>
          <w:tr>
            <w:trPr>
              <w:cantSplit/>
            </w:trPr>
            <w:tc>
              <w:tcPr>
                <w:tcW w:w="1900" w:type="dxa"/>
                <w:vAlign w:val="center"/>
              </w:tcPr>
              <w:p>
                <w:pPr>
                  <w:pStyle w:val="OJSATable"/>
                </w:pPr>
                <w:r>
                  <w:rPr>
                    <w:rFonts w:ascii="Calibri" w:hAnsi="Calibri" w:cs="Calibri"/>
                    <w:b/>
                    <w:bCs/>
                    <w:color w:val="1F2933"/>
                    <w:sz w:val="17"/>
                    <w:szCs w:val="17"/>
                  </w:rPr>
                  <w:t xml:space="preserve">In-text citation</w:t>
                </w:r>
              </w:p>
              <w:p>
                <w:pPr>
                  <w:pStyle w:val="OJSATable"/>
                </w:pPr>
                <w:r>
                  <w:rPr>
                    <w:rFonts w:ascii="Calibri" w:hAnsi="Calibri" w:cs="Calibri"/>
                    <w:color w:val="5F6B7A"/>
                    <w:sz w:val="15"/>
                    <w:szCs w:val="15"/>
                  </w:rPr>
                  <w:t xml:space="preserve">IEEE</w:t>
                </w:r>
              </w:p>
            </w:tc>
            <w:tc>
              <w:tcPr>
                <w:tcW w:w="7738" w:type="dxa"/>
                <w:vAlign w:val="center"/>
              </w:tcPr>
              <w:p>
                <w:pPr>
                  <w:pStyle w:val="OJSABody"/>
                </w:pPr>
                <w:r>
                  <w:t xml:space="preserve">… as reported earlier [1], [2]; several studies [3]–[5] show …</w:t>
                </w:r>
              </w:p>
            </w:tc>
          </w:tr>
        </w:tbl>
        <w:p>
          <w:pPr>
            <w:pStyle w:val="OJSABody"/>
            <w:spacing w:before="200"/>
          </w:pPr>
          <w:r>
            <w:rPr>
              <w:rFonts w:ascii="Calibri" w:hAnsi="Calibri" w:cs="Calibri"/>
              <w:color w:val="5F6B7A"/>
              <w:sz w:val="17"/>
              <w:szCs w:val="17"/>
            </w:rPr>
            <w:t xml:space="preserve">Live example of a table and a figure:</w:t>
          </w:r>
        </w:p>
        <w:p>
          <w:pPr>
            <w:pStyle w:val="OJSATableCaption"/>
          </w:pPr>
          <w:r>
            <w:t xml:space="preserve">Table 1. </w:t>
          </w:r>
          <w:r>
            <w:t xml:space="preserve">Descriptive statistics of the study variables</w:t>
          </w:r>
        </w:p>
        <w:tbl>
          <w:tblPr>
            <w:tblW w:w="9638" w:type="dxa"/>
            <w:tblInd w:w="100" w:type="dxa"/>
            <w:tblBorders>
              <w:top w:val="single" w:sz="12" w:space="0" w:color="033D72"/>
              <w:bottom w:val="single" w:sz="12" w:space="0" w:color="033D72"/>
              <w:insideH w:val="single" w:sz="4" w:space="0" w:color="C9D2DC"/>
            </w:tblBorders>
            <w:tblLayout w:type="fixed"/>
            <w:tblCellMar>
              <w:top w:w="40" w:type="dxa"/>
              <w:left w:w="100" w:type="dxa"/>
              <w:bottom w:w="40" w:type="dxa"/>
              <w:right w:w="100" w:type="dxa"/>
            </w:tblCellMar>
            <w:tblLook w:val="0000" w:firstRow="0" w:lastRow="0" w:firstColumn="0" w:lastColumn="0" w:noHBand="1" w:noVBand="1"/>
          </w:tblPr>
          <w:tblGrid>
            <w:gridCol w:w="3212"/>
            <w:gridCol w:w="3212"/>
            <w:gridCol w:w="3214"/>
          </w:tblGrid>
          <w:tr>
            <w:trPr>
              <w:cantSplit/>
              <w:tblHeader/>
            </w:trPr>
            <w:tc>
              <w:tcPr>
                <w:tcW w:w="3212" w:type="dxa"/>
                <w:shd w:val="clear" w:color="auto" w:fill="033D72"/>
              </w:tcPr>
              <w:p>
                <w:pPr>
                  <w:pStyle w:val="OJSATableHeader"/>
                </w:pPr>
                <w:r>
                  <w:rPr>
                    <w:rFonts w:ascii="Calibri" w:hAnsi="Calibri" w:cs="Calibri"/>
                    <w:b/>
                    <w:bCs/>
                    <w:color w:val="FFFFFF"/>
                    <w:sz w:val="17"/>
                    <w:szCs w:val="17"/>
                  </w:rPr>
                  <w:t xml:space="preserve">Variable</w:t>
                </w:r>
              </w:p>
            </w:tc>
            <w:tc>
              <w:tcPr>
                <w:tcW w:w="3212" w:type="dxa"/>
                <w:shd w:val="clear" w:color="auto" w:fill="033D72"/>
              </w:tcPr>
              <w:p>
                <w:pPr>
                  <w:pStyle w:val="OJSATableHeader"/>
                </w:pPr>
                <w:r>
                  <w:rPr>
                    <w:rFonts w:ascii="Calibri" w:hAnsi="Calibri" w:cs="Calibri"/>
                    <w:b/>
                    <w:bCs/>
                    <w:color w:val="FFFFFF"/>
                    <w:sz w:val="17"/>
                    <w:szCs w:val="17"/>
                  </w:rPr>
                  <w:t xml:space="preserve">Mean (SD)</w:t>
                </w:r>
              </w:p>
            </w:tc>
            <w:tc>
              <w:tcPr>
                <w:tcW w:w="3214" w:type="dxa"/>
                <w:shd w:val="clear" w:color="auto" w:fill="033D72"/>
              </w:tcPr>
              <w:p>
                <w:pPr>
                  <w:pStyle w:val="OJSATableHeader"/>
                </w:pPr>
                <w:r>
                  <w:rPr>
                    <w:rFonts w:ascii="Calibri" w:hAnsi="Calibri" w:cs="Calibri"/>
                    <w:b/>
                    <w:bCs/>
                    <w:color w:val="FFFFFF"/>
                    <w:sz w:val="17"/>
                    <w:szCs w:val="17"/>
                  </w:rPr>
                  <w:t xml:space="preserve">p-value</w:t>
                </w:r>
              </w:p>
            </w:tc>
          </w:tr>
          <w:tr>
            <w:trPr>
              <w:cantSplit/>
            </w:trPr>
            <w:tc>
              <w:tcPr>
                <w:tcW w:w="3212" w:type="dxa"/>
              </w:tcPr>
              <w:p>
                <w:pPr>
                  <w:pStyle w:val="OJSATable"/>
                </w:pPr>
                <w:r>
                  <w:rPr>
                    <w:rFonts w:ascii="Calibri" w:hAnsi="Calibri" w:cs="Calibri"/>
                    <w:color w:val="1F2933"/>
                    <w:sz w:val="17"/>
                    <w:szCs w:val="17"/>
                  </w:rPr>
                  <w:t xml:space="preserve">Example A</w:t>
                </w:r>
              </w:p>
            </w:tc>
            <w:tc>
              <w:tcPr>
                <w:tcW w:w="3212" w:type="dxa"/>
              </w:tcPr>
              <w:p>
                <w:pPr>
                  <w:pStyle w:val="OJSATable"/>
                </w:pPr>
                <w:r>
                  <w:rPr>
                    <w:rFonts w:ascii="Calibri" w:hAnsi="Calibri" w:cs="Calibri"/>
                    <w:color w:val="1F2933"/>
                    <w:sz w:val="17"/>
                    <w:szCs w:val="17"/>
                  </w:rPr>
                  <w:t xml:space="preserve">3.42 (0.61)</w:t>
                </w:r>
              </w:p>
            </w:tc>
            <w:tc>
              <w:tcPr>
                <w:tcW w:w="3214" w:type="dxa"/>
              </w:tcPr>
              <w:p>
                <w:pPr>
                  <w:pStyle w:val="OJSATable"/>
                </w:pPr>
                <w:r>
                  <w:rPr>
                    <w:rFonts w:ascii="Calibri" w:hAnsi="Calibri" w:cs="Calibri"/>
                    <w:color w:val="1F2933"/>
                    <w:sz w:val="17"/>
                    <w:szCs w:val="17"/>
                  </w:rPr>
                  <w:t xml:space="preserve">0.012</w:t>
                </w:r>
              </w:p>
            </w:tc>
          </w:tr>
          <w:tr>
            <w:trPr>
              <w:cantSplit/>
            </w:trPr>
            <w:tc>
              <w:tcPr>
                <w:tcW w:w="3212" w:type="dxa"/>
              </w:tcPr>
              <w:p>
                <w:pPr>
                  <w:pStyle w:val="OJSATable"/>
                </w:pPr>
                <w:r>
                  <w:rPr>
                    <w:rFonts w:ascii="Calibri" w:hAnsi="Calibri" w:cs="Calibri"/>
                    <w:color w:val="1F2933"/>
                    <w:sz w:val="17"/>
                    <w:szCs w:val="17"/>
                  </w:rPr>
                  <w:t xml:space="preserve">Example B</w:t>
                </w:r>
              </w:p>
            </w:tc>
            <w:tc>
              <w:tcPr>
                <w:tcW w:w="3212" w:type="dxa"/>
              </w:tcPr>
              <w:p>
                <w:pPr>
                  <w:pStyle w:val="OJSATable"/>
                </w:pPr>
                <w:r>
                  <w:rPr>
                    <w:rFonts w:ascii="Calibri" w:hAnsi="Calibri" w:cs="Calibri"/>
                    <w:color w:val="1F2933"/>
                    <w:sz w:val="17"/>
                    <w:szCs w:val="17"/>
                  </w:rPr>
                  <w:t xml:space="preserve">2.95 (0.73)</w:t>
                </w:r>
              </w:p>
            </w:tc>
            <w:tc>
              <w:tcPr>
                <w:tcW w:w="3214" w:type="dxa"/>
              </w:tcPr>
              <w:p>
                <w:pPr>
                  <w:pStyle w:val="OJSATable"/>
                </w:pPr>
                <w:r>
                  <w:rPr>
                    <w:rFonts w:ascii="Calibri" w:hAnsi="Calibri" w:cs="Calibri"/>
                    <w:color w:val="1F2933"/>
                    <w:sz w:val="17"/>
                    <w:szCs w:val="17"/>
                  </w:rPr>
                  <w:t xml:space="preserve">0.204</w:t>
                </w:r>
              </w:p>
            </w:tc>
          </w:tr>
        </w:tbl>
        <w:p>
          <w:pPr>
            <w:pStyle w:val="OJSATableNote"/>
          </w:pPr>
          <w:r>
            <w:t xml:space="preserve">Note. </w:t>
          </w:r>
          <w:r>
            <w:t xml:space="preserve">State the source when the data are not the authors' own; explain abbreviations and significance marks here.</w:t>
          </w:r>
        </w:p>
        <w:p>
          <w:pPr>
            <w:pStyle w:val="OJSAFigure"/>
            <w:shd w:val="clear" w:color="auto" w:fill="E5EBF0"/>
          </w:pPr>
          <w:r>
            <w:rPr>
              <w:rFonts w:ascii="Calibri" w:hAnsi="Calibri" w:cs="Calibri"/>
              <w:color w:val="5F6B7A"/>
              <w:sz w:val="17"/>
              <w:szCs w:val="17"/>
            </w:rPr>
            <w:t xml:space="preserve">[ Insert Figure 1 here: 300 dpi or higher, in line with text, width ≤ 17 cm ]</w:t>
          </w:r>
        </w:p>
        <w:p>
          <w:pPr>
            <w:pStyle w:val="OJSAFigureCaption"/>
          </w:pPr>
          <w:r>
            <w:t xml:space="preserve">Figure 1. </w:t>
          </w:r>
          <w:r>
            <w:t xml:space="preserve">Research framework of the study</w:t>
          </w:r>
        </w:p>
        <w:p>
          <w:pPr>
            <w:pStyle w:val="OJSABody"/>
            <w:spacing w:before="160"/>
          </w:pPr>
          <w:r>
            <w:rPr>
              <w:rFonts w:ascii="Calibri" w:hAnsi="Calibri" w:cs="Calibri"/>
              <w:color w:val="5F6B7A"/>
              <w:sz w:val="17"/>
              <w:szCs w:val="17"/>
            </w:rPr>
            <w:t xml:space="preserve">Every table and figure is cited in the text before it appears (Table 1, Figure 1). Number tables and figures separately, in order. Use Word's own table tool, not pictures of tables. One reference per paragraph in References, each with its DOI when it has one; the Desk Editorial links every citation, table and figure mention to its target during copyediting.</w:t>
          </w:r>
        </w:p>
      </w:sdtContent>
    </w:sdt>
    <w:sectPr w:rsidR="00FC693F" w:rsidRPr="0006063C" w:rsidSect="00034616">
      <w:headerReference w:type="first" r:id="rId9"/>
      <w:headerReference w:type="default" r:id="rId10"/>
      <w:footerReference w:type="first" r:id="rId11"/>
      <w:footerReference w:type="default" r:id="rId12"/>
      <w:pgSz w:w="11906" w:h="16838"/>
      <w:pgMar w:top="1304" w:right="1134" w:bottom="1134" w:left="1134" w:header="454" w:footer="510" w:gutter="0"/>
      <w:pgNumType w:start="1"/>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15="http://schemas.microsoft.com/office/word/2012/wordml"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5 w14 wp14">
  <w:tbl>
    <w:tblPr>
      <w:tblW w:w="9638" w:type="dxa"/>
      <w:tblInd w:w="0" w:type="dxa"/>
      <w:tblBorders>
        <w:top w:val="single" w:sz="4" w:space="0" w:color="C9D2DC"/>
      </w:tblBorders>
      <w:tblLayout w:type="fixed"/>
      <w:tblCellMar>
        <w:top w:w="40" w:type="dxa"/>
        <w:left w:w="0" w:type="dxa"/>
        <w:bottom w:w="40" w:type="dxa"/>
        <w:right w:w="0" w:type="dxa"/>
      </w:tblCellMar>
      <w:tblLook w:val="0000" w:firstRow="0" w:lastRow="0" w:firstColumn="0" w:lastColumn="0" w:noHBand="1" w:noVBand="1"/>
    </w:tblPr>
    <w:tblGrid>
      <w:gridCol w:w="8788"/>
      <w:gridCol w:w="850"/>
    </w:tblGrid>
    <w:tr>
      <w:trPr>
        <w:cantSplit/>
        <w:trHeight w:val="454" w:hRule="atLeast"/>
      </w:trPr>
      <w:tc>
        <w:tcPr>
          <w:tcW w:w="8788" w:type="dxa"/>
          <w:tcMar>
            <w:left w:w="0" w:type="dxa"/>
            <w:right w:w="170" w:type="dxa"/>
          </w:tcMar>
          <w:vAlign w:val="center"/>
        </w:tcPr>
        <w:p>
          <w:pPr>
            <w:pStyle w:val="Footer"/>
            <w:spacing w:after="0"/>
          </w:pPr>
          <w:r>
            <w:rPr>
              <w:rFonts w:ascii="Calibri" w:hAnsi="Calibri" w:cs="Calibri"/>
              <w:b/>
              <w:bCs/>
              <w:color w:val="1F2933"/>
              <w:sz w:val="15"/>
              <w:szCs w:val="15"/>
            </w:rPr>
            <w:t xml:space="preserve">© </w:t>
          </w:r>
          <w:sdt>
            <w:sdtPr>
              <w:rPr>
                <w:rFonts w:ascii="Calibri" w:hAnsi="Calibri" w:cs="Calibri"/>
                <w:b/>
                <w:bCs/>
                <w:color w:val="1F2933"/>
                <w:sz w:val="15"/>
                <w:szCs w:val="15"/>
              </w:rPr>
              <w:alias w:val="Desk Editorial · Year"/>
              <w:tag w:val="ojsa:year"/>
              <w:id w:val="41019"/>
              <w:lock w:val="sdtLocked"/>
              <w:dataBinding w:prefixMappings="xmlns:m='urn:ojs-agents:manuscript:1'" w:xpath="/m:manuscript[1]/m:publication[1]/m:year[1]" w:storeItemID="{74DE08B8-B464-4A5A-A104-DCA6F1E37B06}"/>
              <w15:color xmlns:w15="http://schemas.microsoft.com/office/word/2012/wordml" w:val="033D72"/>
              <w:text/>
            </w:sdtPr>
            <w:sdtContent>
              <w:r>
                <w:rPr>
                  <w:rStyle w:val="OJSAPending"/>
                  <w:rFonts w:ascii="Calibri" w:hAnsi="Calibri" w:cs="Calibri"/>
                  <w:b/>
                  <w:bCs/>
                  <w:color w:val="1F2933"/>
                  <w:sz w:val="15"/>
                  <w:szCs w:val="15"/>
                  <w:u w:val="dotted" w:color="007A8A"/>
                  <w:shd w:val="clear" w:color="auto" w:fill="C6E1E5"/>
                </w:rPr>
                <w:t xml:space="preserve">20xx</w:t>
              </w:r>
            </w:sdtContent>
          </w:sdt>
          <w:r>
            <w:rPr>
              <w:rFonts w:ascii="Calibri" w:hAnsi="Calibri" w:cs="Calibri"/>
              <w:b/>
              <w:bCs/>
              <w:color w:val="1F2933"/>
              <w:sz w:val="15"/>
              <w:szCs w:val="15"/>
            </w:rPr>
            <w:t xml:space="preserve"> </w:t>
          </w:r>
          <w:sdt>
            <w:sdtPr>
              <w:rPr>
                <w:rFonts w:ascii="Calibri" w:hAnsi="Calibri" w:cs="Calibri"/>
                <w:b/>
                <w:bCs/>
                <w:color w:val="1F2933"/>
                <w:sz w:val="15"/>
                <w:szCs w:val="15"/>
              </w:rPr>
              <w:alias w:val="Desk Editorial · Copyright holder"/>
              <w:tag w:val="ojsa:copyright_holder"/>
              <w:id w:val="41020"/>
              <w:lock w:val="sdtLocked"/>
              <w:dataBinding w:prefixMappings="xmlns:m='urn:ojs-agents:manuscript:1'" w:xpath="/m:manuscript[1]/m:rights[1]/m:copyrightHolder[1]" w:storeItemID="{74DE08B8-B464-4A5A-A104-DCA6F1E37B06}"/>
              <w15:color xmlns:w15="http://schemas.microsoft.com/office/word/2012/wordml" w:val="033D72"/>
              <w:text/>
            </w:sdtPr>
            <w:sdtContent>
              <w:r>
                <w:rPr>
                  <w:rFonts w:ascii="Calibri" w:hAnsi="Calibri" w:cs="Calibri"/>
                  <w:b/>
                  <w:bCs/>
                  <w:color w:val="1F2933"/>
                  <w:sz w:val="15"/>
                  <w:szCs w:val="15"/>
                </w:rPr>
                <w:t xml:space="preserve">The Author(s)</w:t>
              </w:r>
            </w:sdtContent>
          </w:sdt>
          <w:r>
            <w:rPr>
              <w:rFonts w:ascii="Calibri" w:hAnsi="Calibri" w:cs="Calibri"/>
              <w:color w:val="5F6B7A"/>
              <w:sz w:val="15"/>
              <w:szCs w:val="15"/>
            </w:rPr>
            <w:t xml:space="preserve">  ·  </w:t>
          </w:r>
          <w:sdt>
            <w:sdtPr>
              <w:rPr>
                <w:rFonts w:ascii="Calibri" w:hAnsi="Calibri" w:cs="Calibri"/>
                <w:b/>
                <w:bCs/>
                <w:color w:val="1F2933"/>
                <w:sz w:val="15"/>
                <w:szCs w:val="15"/>
              </w:rPr>
              <w:alias w:val="Desk Editorial · License"/>
              <w:tag w:val="ojsa:license"/>
              <w:id w:val="41021"/>
              <w:lock w:val="sdtLocked"/>
              <w:dataBinding w:prefixMappings="xmlns:m='urn:ojs-agents:manuscript:1'" w:xpath="/m:manuscript[1]/m:rights[1]/m:license[1]" w:storeItemID="{74DE08B8-B464-4A5A-A104-DCA6F1E37B06}"/>
              <w15:color xmlns:w15="http://schemas.microsoft.com/office/word/2012/wordml" w:val="033D72"/>
              <w:text/>
            </w:sdtPr>
            <w:sdtContent>
              <w:r>
                <w:rPr>
                  <w:rFonts w:ascii="Calibri" w:hAnsi="Calibri" w:cs="Calibri"/>
                  <w:b/>
                  <w:bCs/>
                  <w:color w:val="1F2933"/>
                  <w:sz w:val="15"/>
                  <w:szCs w:val="15"/>
                </w:rPr>
                <w:t xml:space="preserve">CC BY-NC-SA 4.0</w:t>
              </w:r>
            </w:sdtContent>
          </w:sdt>
          <w:r>
            <w:rPr>
              <w:rFonts w:ascii="Calibri" w:hAnsi="Calibri" w:cs="Calibri"/>
              <w:color w:val="5F6B7A"/>
              <w:sz w:val="15"/>
              <w:szCs w:val="15"/>
            </w:rPr>
            <w:t xml:space="preserve">  ·  Open access</w:t>
          </w:r>
        </w:p>
        <w:p>
          <w:pPr>
            <w:pStyle w:val="Footer"/>
            <w:spacing w:after="0"/>
          </w:pPr>
          <w:sdt>
            <w:sdtPr>
              <w:rPr>
                <w:rFonts w:ascii="Calibri" w:hAnsi="Calibri" w:cs="Calibri"/>
                <w:color w:val="5F6B7A"/>
                <w:sz w:val="15"/>
                <w:szCs w:val="15"/>
              </w:rPr>
              <w:alias w:val="Desk Editorial · Journal URL"/>
              <w:tag w:val="ojsa:journal_url"/>
              <w:id w:val="41022"/>
              <w:lock w:val="sdtLocked"/>
              <w:dataBinding w:prefixMappings="xmlns:m='urn:ojs-agents:manuscript:1'" w:xpath="/m:manuscript[1]/m:journal[1]/m:url[1]" w:storeItemID="{74DE08B8-B464-4A5A-A104-DCA6F1E37B06}"/>
              <w15:color xmlns:w15="http://schemas.microsoft.com/office/word/2012/wordml" w:val="033D72"/>
              <w:text/>
            </w:sdtPr>
            <w:sdtContent>
              <w:r>
                <w:rPr>
                  <w:rStyle w:val="OJSAPending"/>
                  <w:rFonts w:ascii="Calibri" w:hAnsi="Calibri" w:cs="Calibri"/>
                  <w:color w:val="5F6B7A"/>
                  <w:sz w:val="15"/>
                  <w:szCs w:val="15"/>
                  <w:u w:val="dotted" w:color="007A8A"/>
                  <w:shd w:val="clear" w:color="auto" w:fill="C6E1E5"/>
                </w:rPr>
                <w:t xml:space="preserve">https://journal.example.org</w:t>
              </w:r>
            </w:sdtContent>
          </w:sdt>
          <w:r>
            <w:rPr>
              <w:rFonts w:ascii="Calibri" w:hAnsi="Calibri" w:cs="Calibri"/>
              <w:color w:val="5F6B7A"/>
              <w:sz w:val="15"/>
              <w:szCs w:val="15"/>
            </w:rPr>
            <w:t xml:space="preserve">  ·  e-ISSN </w:t>
          </w:r>
          <w:sdt>
            <w:sdtPr>
              <w:rPr>
                <w:rFonts w:ascii="Calibri" w:hAnsi="Calibri" w:cs="Calibri"/>
                <w:color w:val="5F6B7A"/>
                <w:sz w:val="15"/>
                <w:szCs w:val="15"/>
              </w:rPr>
              <w:alias w:val="Desk Editorial · e-ISSN"/>
              <w:tag w:val="ojsa:issn_online"/>
              <w:id w:val="41023"/>
              <w:lock w:val="sdtLocked"/>
              <w:dataBinding w:prefixMappings="xmlns:m='urn:ojs-agents:manuscript:1'" w:xpath="/m:manuscript[1]/m:journal[1]/m:issnOnline[1]" w:storeItemID="{74DE08B8-B464-4A5A-A104-DCA6F1E37B06}"/>
              <w15:color xmlns:w15="http://schemas.microsoft.com/office/word/2012/wordml" w:val="033D72"/>
              <w:text/>
            </w:sdtPr>
            <w:sdtContent>
              <w:r>
                <w:rPr>
                  <w:rFonts w:ascii="Calibri" w:hAnsi="Calibri" w:cs="Calibri"/>
                  <w:color w:val="5F6B7A"/>
                  <w:sz w:val="15"/>
                  <w:szCs w:val="15"/>
                </w:rPr>
                <w:t xml:space="preserve">0000-0000</w:t>
              </w:r>
            </w:sdtContent>
          </w:sdt>
        </w:p>
      </w:tc>
      <w:tc>
        <w:tcPr>
          <w:tcW w:w="850" w:type="dxa"/>
          <w:shd w:val="clear" w:color="auto" w:fill="033D72"/>
          <w:tcMar>
            <w:left w:w="0" w:type="dxa"/>
            <w:right w:w="0" w:type="dxa"/>
          </w:tcMar>
          <w:vAlign w:val="center"/>
        </w:tcPr>
        <w:p>
          <w:pPr>
            <w:pStyle w:val="Footer"/>
            <w:spacing w:after="0"/>
            <w:jc w:val="center"/>
          </w:pPr>
          <w:r>
            <w:rPr>
              <w:rFonts w:ascii="Calibri" w:hAnsi="Calibri" w:cs="Calibri"/>
              <w:b/>
              <w:bCs/>
              <w:color w:val="FFFFFF"/>
              <w:sz w:val="20"/>
              <w:szCs w:val="20"/>
            </w:rPr>
            <w:fldChar w:fldCharType="begin"/>
          </w:r>
          <w:r>
            <w:rPr>
              <w:rFonts w:ascii="Calibri" w:hAnsi="Calibri" w:cs="Calibri"/>
              <w:b/>
              <w:bCs/>
              <w:color w:val="FFFFFF"/>
              <w:sz w:val="20"/>
              <w:szCs w:val="20"/>
            </w:rPr>
            <w:instrText xml:space="preserve"> PAGE </w:instrText>
          </w:r>
          <w:r>
            <w:rPr>
              <w:rFonts w:ascii="Calibri" w:hAnsi="Calibri" w:cs="Calibri"/>
              <w:b/>
              <w:bCs/>
              <w:color w:val="FFFFFF"/>
              <w:sz w:val="20"/>
              <w:szCs w:val="20"/>
            </w:rPr>
            <w:fldChar w:fldCharType="separate"/>
          </w:r>
          <w:r>
            <w:rPr>
              <w:rFonts w:ascii="Calibri" w:hAnsi="Calibri" w:cs="Calibri"/>
              <w:b/>
              <w:bCs/>
              <w:color w:val="FFFFFF"/>
              <w:sz w:val="20"/>
              <w:szCs w:val="20"/>
            </w:rPr>
            <w:t>1</w:t>
          </w:r>
          <w:r>
            <w:rPr>
              <w:rFonts w:ascii="Calibri" w:hAnsi="Calibri" w:cs="Calibri"/>
              <w:b/>
              <w:bCs/>
              <w:color w:val="FFFFFF"/>
              <w:sz w:val="20"/>
              <w:szCs w:val="20"/>
            </w:rPr>
            <w:fldChar w:fldCharType="end"/>
          </w:r>
        </w:p>
      </w:tc>
    </w:tr>
  </w:tbl>
  <w:p>
    <w:pPr>
      <w:pStyle w:val="Footer"/>
      <w:spacing w:before="0" w:after="0" w:line="20" w:lineRule="exact"/>
      <w:rPr>
        <w:sz w:val="2"/>
        <w:szCs w:val="2"/>
      </w:rPr>
    </w:pPr>
  </w:p>
</w:ftr>
</file>

<file path=word/footer2.xml><?xml version="1.0" encoding="utf-8"?>
<w:ftr xmlns:w15="http://schemas.microsoft.com/office/word/2012/wordml"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5 w14 wp14">
  <w:tbl>
    <w:tblPr>
      <w:tblW w:w="9638" w:type="dxa"/>
      <w:tblInd w:w="0" w:type="dxa"/>
      <w:tblBorders>
        <w:top w:val="single" w:sz="4" w:space="0" w:color="C9D2DC"/>
      </w:tblBorders>
      <w:tblLayout w:type="fixed"/>
      <w:tblCellMar>
        <w:top w:w="40" w:type="dxa"/>
        <w:left w:w="0" w:type="dxa"/>
        <w:bottom w:w="40" w:type="dxa"/>
        <w:right w:w="0" w:type="dxa"/>
      </w:tblCellMar>
      <w:tblLook w:val="0000" w:firstRow="0" w:lastRow="0" w:firstColumn="0" w:lastColumn="0" w:noHBand="1" w:noVBand="1"/>
    </w:tblPr>
    <w:tblGrid>
      <w:gridCol w:w="8788"/>
      <w:gridCol w:w="850"/>
    </w:tblGrid>
    <w:tr>
      <w:trPr>
        <w:cantSplit/>
        <w:trHeight w:val="454" w:hRule="atLeast"/>
      </w:trPr>
      <w:tc>
        <w:tcPr>
          <w:tcW w:w="8788" w:type="dxa"/>
          <w:tcMar>
            <w:left w:w="0" w:type="dxa"/>
            <w:right w:w="170" w:type="dxa"/>
          </w:tcMar>
          <w:vAlign w:val="center"/>
        </w:tcPr>
        <w:p>
          <w:pPr>
            <w:pStyle w:val="Footer"/>
            <w:spacing w:after="0"/>
          </w:pPr>
          <w:sdt>
            <w:sdtPr>
              <w:rPr>
                <w:rFonts w:ascii="Calibri" w:hAnsi="Calibri" w:cs="Calibri"/>
                <w:b/>
                <w:bCs/>
                <w:color w:val="033D72"/>
                <w:sz w:val="15"/>
                <w:szCs w:val="15"/>
              </w:rPr>
              <w:alias w:val="Desk Editorial · Journal title"/>
              <w:tag w:val="ojsa:journal_title"/>
              <w:id w:val="41024"/>
              <w:lock w:val="sdtLocked"/>
              <w:dataBinding w:prefixMappings="xmlns:m='urn:ojs-agents:manuscript:1'" w:xpath="/m:manuscript[1]/m:journal[1]/m:title[1]" w:storeItemID="{74DE08B8-B464-4A5A-A104-DCA6F1E37B06}"/>
              <w15:color xmlns:w15="http://schemas.microsoft.com/office/word/2012/wordml" w:val="033D72"/>
              <w:text/>
            </w:sdtPr>
            <w:sdtContent>
              <w:r>
                <w:rPr>
                  <w:rFonts w:ascii="Calibri" w:hAnsi="Calibri" w:cs="Calibri"/>
                  <w:b/>
                  <w:bCs/>
                  <w:color w:val="033D72"/>
                  <w:sz w:val="15"/>
                  <w:szCs w:val="15"/>
                </w:rPr>
                <w:t xml:space="preserve">Journal of Education Development &amp; Technology Research</w:t>
              </w:r>
            </w:sdtContent>
          </w:sdt>
        </w:p>
        <w:p>
          <w:pPr>
            <w:pStyle w:val="Footer"/>
            <w:spacing w:after="0"/>
          </w:pPr>
          <w:r>
            <w:rPr>
              <w:rFonts w:ascii="Calibri" w:hAnsi="Calibri" w:cs="Calibri"/>
              <w:color w:val="5F6B7A"/>
              <w:sz w:val="15"/>
              <w:szCs w:val="15"/>
            </w:rPr>
            <w:t xml:space="preserve">https://doi.org/</w:t>
          </w:r>
          <w:sdt>
            <w:sdtPr>
              <w:rPr>
                <w:rFonts w:ascii="Calibri" w:hAnsi="Calibri" w:cs="Calibri"/>
                <w:color w:val="5F6B7A"/>
                <w:sz w:val="15"/>
                <w:szCs w:val="15"/>
              </w:rPr>
              <w:alias w:val="Desk Editorial · DOI"/>
              <w:tag w:val="ojsa:doi"/>
              <w:id w:val="41025"/>
              <w:lock w:val="sdtLocked"/>
              <w:dataBinding w:prefixMappings="xmlns:m='urn:ojs-agents:manuscript:1'" w:xpath="/m:manuscript[1]/m:publication[1]/m:doi[1]" w:storeItemID="{74DE08B8-B464-4A5A-A104-DCA6F1E37B06}"/>
              <w15:color xmlns:w15="http://schemas.microsoft.com/office/word/2012/wordml" w:val="033D72"/>
              <w:text/>
            </w:sdtPr>
            <w:sdtContent>
              <w:r>
                <w:rPr>
                  <w:rStyle w:val="OJSAPending"/>
                  <w:rFonts w:ascii="Calibri" w:hAnsi="Calibri" w:cs="Calibri"/>
                  <w:color w:val="5F6B7A"/>
                  <w:sz w:val="15"/>
                  <w:szCs w:val="15"/>
                  <w:u w:val="dotted" w:color="007A8A"/>
                  <w:shd w:val="clear" w:color="auto" w:fill="C6E1E5"/>
                </w:rPr>
                <w:t xml:space="preserve">10.xxxxx/xxxxx</w:t>
              </w:r>
            </w:sdtContent>
          </w:sdt>
        </w:p>
      </w:tc>
      <w:tc>
        <w:tcPr>
          <w:tcW w:w="850" w:type="dxa"/>
          <w:shd w:val="clear" w:color="auto" w:fill="033D72"/>
          <w:tcMar>
            <w:left w:w="0" w:type="dxa"/>
            <w:right w:w="0" w:type="dxa"/>
          </w:tcMar>
          <w:vAlign w:val="center"/>
        </w:tcPr>
        <w:p>
          <w:pPr>
            <w:pStyle w:val="Footer"/>
            <w:spacing w:after="0"/>
            <w:jc w:val="center"/>
          </w:pPr>
          <w:r>
            <w:rPr>
              <w:rFonts w:ascii="Calibri" w:hAnsi="Calibri" w:cs="Calibri"/>
              <w:b/>
              <w:bCs/>
              <w:color w:val="FFFFFF"/>
              <w:sz w:val="20"/>
              <w:szCs w:val="20"/>
            </w:rPr>
            <w:fldChar w:fldCharType="begin"/>
          </w:r>
          <w:r>
            <w:rPr>
              <w:rFonts w:ascii="Calibri" w:hAnsi="Calibri" w:cs="Calibri"/>
              <w:b/>
              <w:bCs/>
              <w:color w:val="FFFFFF"/>
              <w:sz w:val="20"/>
              <w:szCs w:val="20"/>
            </w:rPr>
            <w:instrText xml:space="preserve"> PAGE </w:instrText>
          </w:r>
          <w:r>
            <w:rPr>
              <w:rFonts w:ascii="Calibri" w:hAnsi="Calibri" w:cs="Calibri"/>
              <w:b/>
              <w:bCs/>
              <w:color w:val="FFFFFF"/>
              <w:sz w:val="20"/>
              <w:szCs w:val="20"/>
            </w:rPr>
            <w:fldChar w:fldCharType="separate"/>
          </w:r>
          <w:r>
            <w:rPr>
              <w:rFonts w:ascii="Calibri" w:hAnsi="Calibri" w:cs="Calibri"/>
              <w:b/>
              <w:bCs/>
              <w:color w:val="FFFFFF"/>
              <w:sz w:val="20"/>
              <w:szCs w:val="20"/>
            </w:rPr>
            <w:t>1</w:t>
          </w:r>
          <w:r>
            <w:rPr>
              <w:rFonts w:ascii="Calibri" w:hAnsi="Calibri" w:cs="Calibri"/>
              <w:b/>
              <w:bCs/>
              <w:color w:val="FFFFFF"/>
              <w:sz w:val="20"/>
              <w:szCs w:val="20"/>
            </w:rPr>
            <w:fldChar w:fldCharType="end"/>
          </w:r>
        </w:p>
      </w:tc>
    </w:tr>
  </w:tbl>
  <w:p>
    <w:pPr>
      <w:pStyle w:val="Footer"/>
      <w:spacing w:before="0" w:after="0" w:line="20" w:lineRule="exact"/>
      <w:rPr>
        <w:sz w:val="2"/>
        <w:szCs w:val="2"/>
      </w:rPr>
    </w:pPr>
  </w:p>
</w:ftr>
</file>

<file path=word/header1.xml><?xml version="1.0" encoding="utf-8"?>
<w:hdr xmlns:w15="http://schemas.microsoft.com/office/word/2012/wordml"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5 w14 wp14">
  <w:tbl>
    <w:tblPr>
      <w:tblW w:w="9638" w:type="dxa"/>
      <w:tblInd w:w="0" w:type="dxa"/>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1080"/>
      <w:gridCol w:w="5958"/>
      <w:gridCol w:w="2600"/>
    </w:tblGrid>
    <w:tr>
      <w:trPr>
        <w:cantSplit/>
      </w:trPr>
      <w:tc>
        <w:tcPr>
          <w:tcW w:w="1080" w:type="dxa"/>
          <w:tcBorders>
            <w:right w:val="single" w:sz="12" w:space="0" w:color="033D72"/>
          </w:tcBorders>
          <w:tcMar>
            <w:left w:w="0" w:type="dxa"/>
            <w:right w:w="0" w:type="dxa"/>
          </w:tcMar>
          <w:vAlign w:val="center"/>
        </w:tcPr>
        <w:p>
          <w:pPr>
            <w:pStyle w:val="Header"/>
            <w:spacing w:after="0"/>
          </w:pPr>
          <w:sdt>
            <w:sdtPr>
              <w:alias w:val="Desk Editorial · Journal cover"/>
              <w:tag w:val="ojsa:img:cover"/>
              <w:id w:val="41002"/>
              <w:lock w:val="sdtLocked"/>
              <w15:color xmlns:w15="http://schemas.microsoft.com/office/word/2012/wordml" w:val="033D72"/>
              <w:picture/>
            </w:sdtPr>
            <w:sdtContent>
              <w:r>
                <w:drawing>
                  <wp:inline xmlns:a="http://schemas.openxmlformats.org/drawingml/2006/main" xmlns:pic="http://schemas.openxmlformats.org/drawingml/2006/picture" distT="0" distB="0" distL="0" distR="0">
                    <wp:extent cx="540000" cy="763200"/>
                    <wp:docPr id="41001" name="ojsa-cover-4100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540000" cy="763200"/>
                            </a:xfrm>
                            <a:prstGeom prst="rect"/>
                          </pic:spPr>
                        </pic:pic>
                      </a:graphicData>
                    </a:graphic>
                  </wp:inline>
                </w:drawing>
              </w:r>
            </w:sdtContent>
          </w:sdt>
        </w:p>
      </w:tc>
      <w:tc>
        <w:tcPr>
          <w:tcW w:w="5958" w:type="dxa"/>
          <w:tcBorders>
            <w:left w:val="single" w:sz="12" w:space="0" w:color="033D72"/>
          </w:tcBorders>
          <w:tcMar>
            <w:left w:w="227" w:type="dxa"/>
            <w:right w:w="170" w:type="dxa"/>
          </w:tcMar>
          <w:vAlign w:val="center"/>
        </w:tcPr>
        <w:p>
          <w:pPr>
            <w:pStyle w:val="Header"/>
            <w:spacing w:after="60" w:line="228" w:lineRule="auto"/>
          </w:pPr>
          <w:sdt>
            <w:sdtPr>
              <w:rPr>
                <w:rFonts w:ascii="Calibri" w:hAnsi="Calibri" w:cs="Calibri"/>
                <w:b/>
                <w:bCs/>
                <w:color w:val="033D72"/>
                <w:sz w:val="28"/>
                <w:szCs w:val="28"/>
              </w:rPr>
              <w:alias w:val="Desk Editorial · Journal title"/>
              <w:tag w:val="ojsa:journal_title"/>
              <w:id w:val="41005"/>
              <w:lock w:val="sdtLocked"/>
              <w:dataBinding w:prefixMappings="xmlns:m='urn:ojs-agents:manuscript:1'" w:xpath="/m:manuscript[1]/m:journal[1]/m:title[1]" w:storeItemID="{74DE08B8-B464-4A5A-A104-DCA6F1E37B06}"/>
              <w15:color xmlns:w15="http://schemas.microsoft.com/office/word/2012/wordml" w:val="033D72"/>
              <w:text/>
            </w:sdtPr>
            <w:sdtContent>
              <w:r>
                <w:rPr>
                  <w:rFonts w:ascii="Calibri" w:hAnsi="Calibri" w:cs="Calibri"/>
                  <w:b/>
                  <w:bCs/>
                  <w:color w:val="033D72"/>
                  <w:sz w:val="28"/>
                  <w:szCs w:val="28"/>
                </w:rPr>
                <w:t xml:space="preserve">Journal of Education Development &amp; Technology Research</w:t>
              </w:r>
            </w:sdtContent>
          </w:sdt>
        </w:p>
        <w:p>
          <w:pPr>
            <w:pStyle w:val="Header"/>
            <w:spacing w:after="20"/>
          </w:pPr>
          <w:r>
            <w:rPr>
              <w:rFonts w:ascii="Calibri" w:hAnsi="Calibri" w:cs="Calibri"/>
              <w:color w:val="1F2933"/>
              <w:sz w:val="17"/>
              <w:szCs w:val="17"/>
            </w:rPr>
            <w:t xml:space="preserve">Vol. </w:t>
          </w:r>
          <w:sdt>
            <w:sdtPr>
              <w:rPr>
                <w:rFonts w:ascii="Calibri" w:hAnsi="Calibri" w:cs="Calibri"/>
                <w:color w:val="1F2933"/>
                <w:sz w:val="17"/>
                <w:szCs w:val="17"/>
              </w:rPr>
              <w:alias w:val="Desk Editorial · Volume"/>
              <w:tag w:val="ojsa:volume"/>
              <w:id w:val="41006"/>
              <w:lock w:val="sdtLocked"/>
              <w:dataBinding w:prefixMappings="xmlns:m='urn:ojs-agents:manuscript:1'" w:xpath="/m:manuscript[1]/m:publication[1]/m:volume[1]" w:storeItemID="{74DE08B8-B464-4A5A-A104-DCA6F1E37B06}"/>
              <w15:color xmlns:w15="http://schemas.microsoft.com/office/word/2012/wordml" w:val="033D72"/>
              <w:text/>
            </w:sdtPr>
            <w:sdtContent>
              <w:r>
                <w:rPr>
                  <w:rStyle w:val="OJSAPending"/>
                  <w:rFonts w:ascii="Calibri" w:hAnsi="Calibri" w:cs="Calibri"/>
                  <w:color w:val="1F2933"/>
                  <w:sz w:val="17"/>
                  <w:szCs w:val="17"/>
                  <w:u w:val="dotted" w:color="007A8A"/>
                  <w:shd w:val="clear" w:color="auto" w:fill="C6E1E5"/>
                </w:rPr>
                <w:t xml:space="preserve">x</w:t>
              </w:r>
            </w:sdtContent>
          </w:sdt>
          <w:r>
            <w:rPr>
              <w:rFonts w:ascii="Calibri" w:hAnsi="Calibri" w:cs="Calibri"/>
              <w:color w:val="1F2933"/>
              <w:sz w:val="17"/>
              <w:szCs w:val="17"/>
            </w:rPr>
            <w:t xml:space="preserve">, No. </w:t>
          </w:r>
          <w:sdt>
            <w:sdtPr>
              <w:rPr>
                <w:rFonts w:ascii="Calibri" w:hAnsi="Calibri" w:cs="Calibri"/>
                <w:color w:val="1F2933"/>
                <w:sz w:val="17"/>
                <w:szCs w:val="17"/>
              </w:rPr>
              <w:alias w:val="Desk Editorial · Issue"/>
              <w:tag w:val="ojsa:issue"/>
              <w:id w:val="41007"/>
              <w:lock w:val="sdtLocked"/>
              <w:dataBinding w:prefixMappings="xmlns:m='urn:ojs-agents:manuscript:1'" w:xpath="/m:manuscript[1]/m:publication[1]/m:issue[1]" w:storeItemID="{74DE08B8-B464-4A5A-A104-DCA6F1E37B06}"/>
              <w15:color xmlns:w15="http://schemas.microsoft.com/office/word/2012/wordml" w:val="033D72"/>
              <w:text/>
            </w:sdtPr>
            <w:sdtContent>
              <w:r>
                <w:rPr>
                  <w:rStyle w:val="OJSAPending"/>
                  <w:rFonts w:ascii="Calibri" w:hAnsi="Calibri" w:cs="Calibri"/>
                  <w:color w:val="1F2933"/>
                  <w:sz w:val="17"/>
                  <w:szCs w:val="17"/>
                  <w:u w:val="dotted" w:color="007A8A"/>
                  <w:shd w:val="clear" w:color="auto" w:fill="C6E1E5"/>
                </w:rPr>
                <w:t xml:space="preserve">x</w:t>
              </w:r>
            </w:sdtContent>
          </w:sdt>
          <w:r>
            <w:rPr>
              <w:rFonts w:ascii="Calibri" w:hAnsi="Calibri" w:cs="Calibri"/>
              <w:color w:val="1F2933"/>
              <w:sz w:val="17"/>
              <w:szCs w:val="17"/>
            </w:rPr>
            <w:t xml:space="preserve"> (</w:t>
          </w:r>
          <w:sdt>
            <w:sdtPr>
              <w:rPr>
                <w:rFonts w:ascii="Calibri" w:hAnsi="Calibri" w:cs="Calibri"/>
                <w:color w:val="1F2933"/>
                <w:sz w:val="17"/>
                <w:szCs w:val="17"/>
              </w:rPr>
              <w:alias w:val="Desk Editorial · Year"/>
              <w:tag w:val="ojsa:year"/>
              <w:id w:val="41008"/>
              <w:lock w:val="sdtLocked"/>
              <w:dataBinding w:prefixMappings="xmlns:m='urn:ojs-agents:manuscript:1'" w:xpath="/m:manuscript[1]/m:publication[1]/m:year[1]" w:storeItemID="{74DE08B8-B464-4A5A-A104-DCA6F1E37B06}"/>
              <w15:color xmlns:w15="http://schemas.microsoft.com/office/word/2012/wordml" w:val="033D72"/>
              <w:text/>
            </w:sdtPr>
            <w:sdtContent>
              <w:r>
                <w:rPr>
                  <w:rStyle w:val="OJSAPending"/>
                  <w:rFonts w:ascii="Calibri" w:hAnsi="Calibri" w:cs="Calibri"/>
                  <w:color w:val="1F2933"/>
                  <w:sz w:val="17"/>
                  <w:szCs w:val="17"/>
                  <w:u w:val="dotted" w:color="007A8A"/>
                  <w:shd w:val="clear" w:color="auto" w:fill="C6E1E5"/>
                </w:rPr>
                <w:t xml:space="preserve">20xx</w:t>
              </w:r>
            </w:sdtContent>
          </w:sdt>
          <w:r>
            <w:rPr>
              <w:rFonts w:ascii="Calibri" w:hAnsi="Calibri" w:cs="Calibri"/>
              <w:color w:val="1F2933"/>
              <w:sz w:val="17"/>
              <w:szCs w:val="17"/>
            </w:rPr>
            <w:t xml:space="preserve">)  ·  pp. </w:t>
          </w:r>
          <w:sdt>
            <w:sdtPr>
              <w:rPr>
                <w:rFonts w:ascii="Calibri" w:hAnsi="Calibri" w:cs="Calibri"/>
                <w:color w:val="1F2933"/>
                <w:sz w:val="17"/>
                <w:szCs w:val="17"/>
              </w:rPr>
              <w:alias w:val="Desk Editorial · Pages"/>
              <w:tag w:val="ojsa:pages"/>
              <w:id w:val="41009"/>
              <w:lock w:val="sdtLocked"/>
              <w:dataBinding w:prefixMappings="xmlns:m='urn:ojs-agents:manuscript:1'" w:xpath="/m:manuscript[1]/m:publication[1]/m:pages[1]" w:storeItemID="{74DE08B8-B464-4A5A-A104-DCA6F1E37B06}"/>
              <w15:color xmlns:w15="http://schemas.microsoft.com/office/word/2012/wordml" w:val="033D72"/>
              <w:text/>
            </w:sdtPr>
            <w:sdtContent>
              <w:r>
                <w:rPr>
                  <w:rStyle w:val="OJSAPending"/>
                  <w:rFonts w:ascii="Calibri" w:hAnsi="Calibri" w:cs="Calibri"/>
                  <w:color w:val="1F2933"/>
                  <w:sz w:val="17"/>
                  <w:szCs w:val="17"/>
                  <w:u w:val="dotted" w:color="007A8A"/>
                  <w:shd w:val="clear" w:color="auto" w:fill="C6E1E5"/>
                </w:rPr>
                <w:t xml:space="preserve">xx–xx</w:t>
              </w:r>
            </w:sdtContent>
          </w:sdt>
        </w:p>
        <w:p>
          <w:pPr>
            <w:pStyle w:val="Header"/>
            <w:spacing w:after="20"/>
          </w:pPr>
          <w:r>
            <w:rPr>
              <w:rFonts w:ascii="Calibri" w:hAnsi="Calibri" w:cs="Calibri"/>
              <w:color w:val="5F6B7A"/>
              <w:sz w:val="16"/>
              <w:szCs w:val="16"/>
            </w:rPr>
            <w:t xml:space="preserve">p-ISSN </w:t>
          </w:r>
          <w:sdt>
            <w:sdtPr>
              <w:rPr>
                <w:rFonts w:ascii="Calibri" w:hAnsi="Calibri" w:cs="Calibri"/>
                <w:color w:val="5F6B7A"/>
                <w:sz w:val="16"/>
                <w:szCs w:val="16"/>
              </w:rPr>
              <w:alias w:val="Desk Editorial · p-ISSN"/>
              <w:tag w:val="ojsa:issn_print"/>
              <w:id w:val="41010"/>
              <w:lock w:val="sdtLocked"/>
              <w:dataBinding w:prefixMappings="xmlns:m='urn:ojs-agents:manuscript:1'" w:xpath="/m:manuscript[1]/m:journal[1]/m:issnPrint[1]" w:storeItemID="{74DE08B8-B464-4A5A-A104-DCA6F1E37B06}"/>
              <w15:color xmlns:w15="http://schemas.microsoft.com/office/word/2012/wordml" w:val="033D72"/>
              <w:text/>
            </w:sdtPr>
            <w:sdtContent>
              <w:r>
                <w:rPr>
                  <w:rFonts w:ascii="Calibri" w:hAnsi="Calibri" w:cs="Calibri"/>
                  <w:color w:val="5F6B7A"/>
                  <w:sz w:val="16"/>
                  <w:szCs w:val="16"/>
                </w:rPr>
                <w:t xml:space="preserve">0000-0000</w:t>
              </w:r>
            </w:sdtContent>
          </w:sdt>
          <w:r>
            <w:rPr>
              <w:rFonts w:ascii="Calibri" w:hAnsi="Calibri" w:cs="Calibri"/>
              <w:color w:val="5F6B7A"/>
              <w:sz w:val="16"/>
              <w:szCs w:val="16"/>
            </w:rPr>
            <w:t xml:space="preserve">  ·  e-ISSN </w:t>
          </w:r>
          <w:sdt>
            <w:sdtPr>
              <w:rPr>
                <w:rFonts w:ascii="Calibri" w:hAnsi="Calibri" w:cs="Calibri"/>
                <w:color w:val="5F6B7A"/>
                <w:sz w:val="16"/>
                <w:szCs w:val="16"/>
              </w:rPr>
              <w:alias w:val="Desk Editorial · e-ISSN"/>
              <w:tag w:val="ojsa:issn_online"/>
              <w:id w:val="41011"/>
              <w:lock w:val="sdtLocked"/>
              <w:dataBinding w:prefixMappings="xmlns:m='urn:ojs-agents:manuscript:1'" w:xpath="/m:manuscript[1]/m:journal[1]/m:issnOnline[1]" w:storeItemID="{74DE08B8-B464-4A5A-A104-DCA6F1E37B06}"/>
              <w15:color xmlns:w15="http://schemas.microsoft.com/office/word/2012/wordml" w:val="033D72"/>
              <w:text/>
            </w:sdtPr>
            <w:sdtContent>
              <w:r>
                <w:rPr>
                  <w:rFonts w:ascii="Calibri" w:hAnsi="Calibri" w:cs="Calibri"/>
                  <w:color w:val="5F6B7A"/>
                  <w:sz w:val="16"/>
                  <w:szCs w:val="16"/>
                </w:rPr>
                <w:t xml:space="preserve">0000-0000</w:t>
              </w:r>
            </w:sdtContent>
          </w:sdt>
        </w:p>
        <w:p>
          <w:pPr>
            <w:pStyle w:val="Header"/>
            <w:spacing w:after="0"/>
          </w:pPr>
          <w:sdt>
            <w:sdtPr>
              <w:rPr>
                <w:rFonts w:ascii="Calibri" w:hAnsi="Calibri" w:cs="Calibri"/>
                <w:b/>
                <w:bCs/>
                <w:color w:val="033D72"/>
                <w:sz w:val="16"/>
                <w:szCs w:val="16"/>
              </w:rPr>
              <w:alias w:val="Desk Editorial · Journal URL"/>
              <w:tag w:val="ojsa:journal_url"/>
              <w:id w:val="41012"/>
              <w:lock w:val="sdtLocked"/>
              <w:dataBinding w:prefixMappings="xmlns:m='urn:ojs-agents:manuscript:1'" w:xpath="/m:manuscript[1]/m:journal[1]/m:url[1]" w:storeItemID="{74DE08B8-B464-4A5A-A104-DCA6F1E37B06}"/>
              <w15:color xmlns:w15="http://schemas.microsoft.com/office/word/2012/wordml" w:val="033D72"/>
              <w:text/>
            </w:sdtPr>
            <w:sdtContent>
              <w:r>
                <w:rPr>
                  <w:rStyle w:val="OJSAPending"/>
                  <w:rFonts w:ascii="Calibri" w:hAnsi="Calibri" w:cs="Calibri"/>
                  <w:b/>
                  <w:bCs/>
                  <w:color w:val="033D72"/>
                  <w:sz w:val="16"/>
                  <w:szCs w:val="16"/>
                  <w:u w:val="dotted" w:color="007A8A"/>
                  <w:shd w:val="clear" w:color="auto" w:fill="C6E1E5"/>
                </w:rPr>
                <w:t xml:space="preserve">https://journal.example.org</w:t>
              </w:r>
            </w:sdtContent>
          </w:sdt>
        </w:p>
      </w:tc>
      <w:tc>
        <w:tcPr>
          <w:tcW w:w="2600" w:type="dxa"/>
          <w:tcBorders>
            <w:left w:val="single" w:sz="4" w:space="0" w:color="C9D2DC"/>
          </w:tcBorders>
          <w:tcMar>
            <w:left w:w="170" w:type="dxa"/>
            <w:right w:w="0" w:type="dxa"/>
          </w:tcMar>
          <w:vAlign w:val="center"/>
        </w:tcPr>
        <w:p>
          <w:pPr>
            <w:pStyle w:val="Header"/>
            <w:spacing w:after="60"/>
            <w:jc w:val="right"/>
          </w:pPr>
          <w:sdt>
            <w:sdtPr>
              <w:alias w:val="Desk Editorial · Publisher logo"/>
              <w:tag w:val="ojsa:img:publisher_logo"/>
              <w:id w:val="41004"/>
              <w:lock w:val="sdtLocked"/>
              <w15:color xmlns:w15="http://schemas.microsoft.com/office/word/2012/wordml" w:val="033D72"/>
              <w:picture/>
            </w:sdtPr>
            <w:sdtContent>
              <w:r>
                <w:drawing>
                  <wp:inline xmlns:a="http://schemas.openxmlformats.org/drawingml/2006/main" xmlns:pic="http://schemas.openxmlformats.org/drawingml/2006/picture" distT="0" distB="0" distL="0" distR="0">
                    <wp:extent cx="468000" cy="468000"/>
                    <wp:docPr id="41003" name="ojsa-publisher_logo-41003"/>
                    <wp:cNvGraphicFramePr>
                      <a:graphicFrameLocks noChangeAspect="1"/>
                    </wp:cNvGraphicFramePr>
                    <a:graphic>
                      <a:graphicData uri="http://schemas.openxmlformats.org/drawingml/2006/picture">
                        <pic:pic>
                          <pic:nvPicPr>
                            <pic:cNvPr id="0" name="image.png"/>
                            <pic:cNvPicPr/>
                          </pic:nvPicPr>
                          <pic:blipFill>
                            <a:blip r:embed="rId2"/>
                            <a:stretch>
                              <a:fillRect/>
                            </a:stretch>
                          </pic:blipFill>
                          <pic:spPr>
                            <a:xfrm>
                              <a:off x="0" y="0"/>
                              <a:ext cx="468000" cy="468000"/>
                            </a:xfrm>
                            <a:prstGeom prst="rect"/>
                          </pic:spPr>
                        </pic:pic>
                      </a:graphicData>
                    </a:graphic>
                  </wp:inline>
                </w:drawing>
              </w:r>
            </w:sdtContent>
          </w:sdt>
        </w:p>
        <w:p>
          <w:pPr>
            <w:pStyle w:val="Header"/>
            <w:spacing w:after="0"/>
            <w:jc w:val="right"/>
          </w:pPr>
          <w:r>
            <w:rPr>
              <w:rFonts w:ascii="Calibri" w:hAnsi="Calibri" w:cs="Calibri"/>
              <w:caps/>
              <w:color w:val="5F6B7A"/>
              <w:spacing w:val="16"/>
              <w:sz w:val="13"/>
              <w:szCs w:val="13"/>
            </w:rPr>
            <w:t xml:space="preserve">Published by</w:t>
          </w:r>
        </w:p>
        <w:p>
          <w:pPr>
            <w:pStyle w:val="Header"/>
            <w:spacing w:after="0"/>
            <w:jc w:val="right"/>
          </w:pPr>
          <w:sdt>
            <w:sdtPr>
              <w:rPr>
                <w:rFonts w:ascii="Calibri" w:hAnsi="Calibri" w:cs="Calibri"/>
                <w:b/>
                <w:bCs/>
                <w:color w:val="1F2933"/>
                <w:sz w:val="17"/>
                <w:szCs w:val="17"/>
              </w:rPr>
              <w:alias w:val="Desk Editorial · Publisher"/>
              <w:tag w:val="ojsa:publisher"/>
              <w:id w:val="41013"/>
              <w:lock w:val="sdtLocked"/>
              <w:dataBinding w:prefixMappings="xmlns:m='urn:ojs-agents:manuscript:1'" w:xpath="/m:manuscript[1]/m:journal[1]/m:publisher[1]" w:storeItemID="{74DE08B8-B464-4A5A-A104-DCA6F1E37B06}"/>
              <w15:color xmlns:w15="http://schemas.microsoft.com/office/word/2012/wordml" w:val="033D72"/>
              <w:text/>
            </w:sdtPr>
            <w:sdtContent>
              <w:r>
                <w:rPr>
                  <w:rFonts w:ascii="Calibri" w:hAnsi="Calibri" w:cs="Calibri"/>
                  <w:b/>
                  <w:bCs/>
                  <w:color w:val="1F2933"/>
                  <w:sz w:val="17"/>
                  <w:szCs w:val="17"/>
                </w:rPr>
                <w:t xml:space="preserve">PT EDUCATION ADVANTAGE TECHNOLOGY</w:t>
              </w:r>
            </w:sdtContent>
          </w:sdt>
        </w:p>
      </w:tc>
    </w:tr>
  </w:tbl>
  <w:p>
    <w:pPr>
      <w:pStyle w:val="Header"/>
      <w:spacing w:before="0" w:after="0" w:line="20" w:lineRule="exact"/>
      <w:rPr>
        <w:sz w:val="2"/>
        <w:szCs w:val="2"/>
      </w:rPr>
    </w:pPr>
  </w:p>
  <w:tbl>
    <w:tblPr>
      <w:tblW w:w="9638" w:type="dxa"/>
      <w:tblInd w:w="0" w:type="dxa"/>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2410"/>
      <w:gridCol w:w="7228"/>
    </w:tblGrid>
    <w:tr>
      <w:trPr>
        <w:cantSplit/>
        <w:trHeight w:val="68" w:hRule="atLeast"/>
      </w:trPr>
      <w:tc>
        <w:tcPr>
          <w:tcW w:w="2410" w:type="dxa"/>
          <w:shd w:val="clear" w:color="auto" w:fill="007A8A"/>
        </w:tcPr>
        <w:p>
          <w:pPr>
            <w:pStyle w:val="Header"/>
            <w:spacing w:before="0" w:after="0" w:line="20" w:lineRule="exact"/>
            <w:rPr>
              <w:sz w:val="2"/>
              <w:szCs w:val="2"/>
            </w:rPr>
          </w:pPr>
        </w:p>
      </w:tc>
      <w:tc>
        <w:tcPr>
          <w:tcW w:w="7228" w:type="dxa"/>
          <w:shd w:val="clear" w:color="auto" w:fill="033D72"/>
        </w:tcPr>
        <w:p>
          <w:pPr>
            <w:pStyle w:val="Header"/>
            <w:spacing w:before="0" w:after="0" w:line="20" w:lineRule="exact"/>
            <w:rPr>
              <w:sz w:val="2"/>
              <w:szCs w:val="2"/>
            </w:rPr>
          </w:pPr>
        </w:p>
      </w:tc>
    </w:tr>
  </w:tbl>
  <w:p>
    <w:pPr>
      <w:pStyle w:val="Header"/>
      <w:spacing w:before="0" w:after="0" w:line="200" w:lineRule="exact"/>
    </w:pPr>
  </w:p>
</w:hdr>
</file>

<file path=word/header2.xml><?xml version="1.0" encoding="utf-8"?>
<w:hdr xmlns:w15="http://schemas.microsoft.com/office/word/2012/wordml"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5 w14 wp14">
  <w:tbl>
    <w:tblPr>
      <w:tblW w:w="9638" w:type="dxa"/>
      <w:tblInd w:w="85" w:type="dxa"/>
      <w:tblBorders>
        <w:bottom w:val="single" w:sz="6" w:space="0" w:color="033D72"/>
      </w:tblBorders>
      <w:tblLayout w:type="fixed"/>
      <w:tblCellMar>
        <w:top w:w="40" w:type="dxa"/>
        <w:left w:w="85" w:type="dxa"/>
        <w:bottom w:w="40" w:type="dxa"/>
        <w:right w:w="0" w:type="dxa"/>
      </w:tblCellMar>
      <w:tblLook w:val="0000" w:firstRow="0" w:lastRow="0" w:firstColumn="0" w:lastColumn="0" w:noHBand="1" w:noVBand="1"/>
    </w:tblPr>
    <w:tblGrid>
      <w:gridCol w:w="2268"/>
      <w:gridCol w:w="4818"/>
      <w:gridCol w:w="2552"/>
    </w:tblGrid>
    <w:tr>
      <w:trPr>
        <w:cantSplit/>
        <w:trHeight w:val="340" w:hRule="atLeast"/>
      </w:trPr>
      <w:tc>
        <w:tcPr>
          <w:tcW w:w="2268" w:type="dxa"/>
          <w:shd w:val="clear" w:color="auto" w:fill="033D72"/>
          <w:tcMar>
            <w:left w:w="85" w:type="dxa"/>
            <w:right w:w="85" w:type="dxa"/>
          </w:tcMar>
          <w:vAlign w:val="center"/>
        </w:tcPr>
        <w:p>
          <w:pPr>
            <w:pStyle w:val="Header"/>
            <w:spacing w:after="0"/>
            <w:jc w:val="center"/>
          </w:pPr>
          <w:sdt>
            <w:sdtPr>
              <w:rPr>
                <w:rFonts w:ascii="Calibri" w:hAnsi="Calibri" w:cs="Calibri"/>
                <w:b/>
                <w:bCs/>
                <w:color w:val="FFFFFF"/>
                <w:sz w:val="17"/>
                <w:szCs w:val="17"/>
              </w:rPr>
              <w:alias w:val="Desk Editorial · Journal abbreviation"/>
              <w:tag w:val="ojsa:journal_abbrev"/>
              <w:id w:val="41014"/>
              <w:lock w:val="sdtLocked"/>
              <w:dataBinding w:prefixMappings="xmlns:m='urn:ojs-agents:manuscript:1'" w:xpath="/m:manuscript[1]/m:journal[1]/m:abbreviation[1]" w:storeItemID="{74DE08B8-B464-4A5A-A104-DCA6F1E37B06}"/>
              <w15:color xmlns:w15="http://schemas.microsoft.com/office/word/2012/wordml" w:val="033D72"/>
              <w:text/>
            </w:sdtPr>
            <w:sdtContent>
              <w:r>
                <w:rPr>
                  <w:rFonts w:ascii="Calibri" w:hAnsi="Calibri" w:cs="Calibri"/>
                  <w:b/>
                  <w:bCs/>
                  <w:color w:val="FFFFFF"/>
                  <w:sz w:val="17"/>
                  <w:szCs w:val="17"/>
                </w:rPr>
                <w:t xml:space="preserve">Journal Eduverse</w:t>
              </w:r>
            </w:sdtContent>
          </w:sdt>
        </w:p>
      </w:tc>
      <w:tc>
        <w:tcPr>
          <w:tcW w:w="4818" w:type="dxa"/>
          <w:tcMar>
            <w:left w:w="227" w:type="dxa"/>
            <w:right w:w="113" w:type="dxa"/>
          </w:tcMar>
          <w:vAlign w:val="center"/>
        </w:tcPr>
        <w:p>
          <w:pPr>
            <w:pStyle w:val="Header"/>
            <w:spacing w:after="0"/>
          </w:pPr>
          <w:sdt>
            <w:sdtPr>
              <w:rPr>
                <w:rFonts w:ascii="Calibri" w:hAnsi="Calibri" w:cs="Calibri"/>
                <w:i/>
                <w:iCs/>
                <w:color w:val="1F2933"/>
                <w:sz w:val="17"/>
                <w:szCs w:val="17"/>
              </w:rPr>
              <w:alias w:val="Author · Running title"/>
              <w:tag w:val="ojsa:running_title"/>
              <w:id w:val="41015"/>
              <w:lock w:val="sdtLocked"/>
              <w:dataBinding w:prefixMappings="xmlns:m='urn:ojs-agents:manuscript:1'" w:xpath="/m:manuscript[1]/m:article[1]/m:runningTitle[1]" w:storeItemID="{74DE08B8-B464-4A5A-A104-DCA6F1E37B06}"/>
              <w15:color xmlns:w15="http://schemas.microsoft.com/office/word/2012/wordml" w:val="2E7D32"/>
              <w:text/>
            </w:sdtPr>
            <w:sdtContent>
              <w:r>
                <w:rPr>
                  <w:rFonts w:ascii="Calibri" w:hAnsi="Calibri" w:cs="Calibri"/>
                  <w:i/>
                  <w:iCs/>
                  <w:color w:val="1F2933"/>
                  <w:sz w:val="17"/>
                  <w:szCs w:val="17"/>
                </w:rPr>
                <w:t xml:space="preserve">Short running title (max. 60 characters)</w:t>
              </w:r>
            </w:sdtContent>
          </w:sdt>
        </w:p>
      </w:tc>
      <w:tc>
        <w:tcPr>
          <w:tcW w:w="2552" w:type="dxa"/>
          <w:tcMar>
            <w:left w:w="113" w:type="dxa"/>
            <w:right w:w="0" w:type="dxa"/>
          </w:tcMar>
          <w:vAlign w:val="center"/>
        </w:tcPr>
        <w:p>
          <w:pPr>
            <w:pStyle w:val="Header"/>
            <w:spacing w:after="0"/>
            <w:jc w:val="right"/>
          </w:pPr>
          <w:r>
            <w:rPr>
              <w:rFonts w:ascii="Calibri" w:hAnsi="Calibri" w:cs="Calibri"/>
              <w:color w:val="5F6B7A"/>
              <w:sz w:val="16"/>
              <w:szCs w:val="16"/>
            </w:rPr>
            <w:t xml:space="preserve">Vol. </w:t>
          </w:r>
          <w:sdt>
            <w:sdtPr>
              <w:rPr>
                <w:rFonts w:ascii="Calibri" w:hAnsi="Calibri" w:cs="Calibri"/>
                <w:color w:val="5F6B7A"/>
                <w:sz w:val="16"/>
                <w:szCs w:val="16"/>
              </w:rPr>
              <w:alias w:val="Desk Editorial · Volume"/>
              <w:tag w:val="ojsa:volume"/>
              <w:id w:val="41016"/>
              <w:lock w:val="sdtLocked"/>
              <w:dataBinding w:prefixMappings="xmlns:m='urn:ojs-agents:manuscript:1'" w:xpath="/m:manuscript[1]/m:publication[1]/m:volume[1]" w:storeItemID="{74DE08B8-B464-4A5A-A104-DCA6F1E37B06}"/>
              <w15:color xmlns:w15="http://schemas.microsoft.com/office/word/2012/wordml" w:val="033D72"/>
              <w:text/>
            </w:sdtPr>
            <w:sdtContent>
              <w:r>
                <w:rPr>
                  <w:rStyle w:val="OJSAPending"/>
                  <w:rFonts w:ascii="Calibri" w:hAnsi="Calibri" w:cs="Calibri"/>
                  <w:color w:val="5F6B7A"/>
                  <w:sz w:val="16"/>
                  <w:szCs w:val="16"/>
                  <w:u w:val="dotted" w:color="007A8A"/>
                  <w:shd w:val="clear" w:color="auto" w:fill="C6E1E5"/>
                </w:rPr>
                <w:t xml:space="preserve">x</w:t>
              </w:r>
            </w:sdtContent>
          </w:sdt>
          <w:r>
            <w:rPr>
              <w:rFonts w:ascii="Calibri" w:hAnsi="Calibri" w:cs="Calibri"/>
              <w:color w:val="5F6B7A"/>
              <w:sz w:val="16"/>
              <w:szCs w:val="16"/>
            </w:rPr>
            <w:t xml:space="preserve">, No. </w:t>
          </w:r>
          <w:sdt>
            <w:sdtPr>
              <w:rPr>
                <w:rFonts w:ascii="Calibri" w:hAnsi="Calibri" w:cs="Calibri"/>
                <w:color w:val="5F6B7A"/>
                <w:sz w:val="16"/>
                <w:szCs w:val="16"/>
              </w:rPr>
              <w:alias w:val="Desk Editorial · Issue"/>
              <w:tag w:val="ojsa:issue"/>
              <w:id w:val="41017"/>
              <w:lock w:val="sdtLocked"/>
              <w:dataBinding w:prefixMappings="xmlns:m='urn:ojs-agents:manuscript:1'" w:xpath="/m:manuscript[1]/m:publication[1]/m:issue[1]" w:storeItemID="{74DE08B8-B464-4A5A-A104-DCA6F1E37B06}"/>
              <w15:color xmlns:w15="http://schemas.microsoft.com/office/word/2012/wordml" w:val="033D72"/>
              <w:text/>
            </w:sdtPr>
            <w:sdtContent>
              <w:r>
                <w:rPr>
                  <w:rStyle w:val="OJSAPending"/>
                  <w:rFonts w:ascii="Calibri" w:hAnsi="Calibri" w:cs="Calibri"/>
                  <w:color w:val="5F6B7A"/>
                  <w:sz w:val="16"/>
                  <w:szCs w:val="16"/>
                  <w:u w:val="dotted" w:color="007A8A"/>
                  <w:shd w:val="clear" w:color="auto" w:fill="C6E1E5"/>
                </w:rPr>
                <w:t xml:space="preserve">x</w:t>
              </w:r>
            </w:sdtContent>
          </w:sdt>
          <w:r>
            <w:rPr>
              <w:rFonts w:ascii="Calibri" w:hAnsi="Calibri" w:cs="Calibri"/>
              <w:color w:val="5F6B7A"/>
              <w:sz w:val="16"/>
              <w:szCs w:val="16"/>
            </w:rPr>
            <w:t xml:space="preserve"> (</w:t>
          </w:r>
          <w:sdt>
            <w:sdtPr>
              <w:rPr>
                <w:rFonts w:ascii="Calibri" w:hAnsi="Calibri" w:cs="Calibri"/>
                <w:color w:val="5F6B7A"/>
                <w:sz w:val="16"/>
                <w:szCs w:val="16"/>
              </w:rPr>
              <w:alias w:val="Desk Editorial · Year"/>
              <w:tag w:val="ojsa:year"/>
              <w:id w:val="41018"/>
              <w:lock w:val="sdtLocked"/>
              <w:dataBinding w:prefixMappings="xmlns:m='urn:ojs-agents:manuscript:1'" w:xpath="/m:manuscript[1]/m:publication[1]/m:year[1]" w:storeItemID="{74DE08B8-B464-4A5A-A104-DCA6F1E37B06}"/>
              <w15:color xmlns:w15="http://schemas.microsoft.com/office/word/2012/wordml" w:val="033D72"/>
              <w:text/>
            </w:sdtPr>
            <w:sdtContent>
              <w:r>
                <w:rPr>
                  <w:rStyle w:val="OJSAPending"/>
                  <w:rFonts w:ascii="Calibri" w:hAnsi="Calibri" w:cs="Calibri"/>
                  <w:color w:val="5F6B7A"/>
                  <w:sz w:val="16"/>
                  <w:szCs w:val="16"/>
                  <w:u w:val="dotted" w:color="007A8A"/>
                  <w:shd w:val="clear" w:color="auto" w:fill="C6E1E5"/>
                </w:rPr>
                <w:t xml:space="preserve">20xx</w:t>
              </w:r>
            </w:sdtContent>
          </w:sdt>
          <w:r>
            <w:rPr>
              <w:rFonts w:ascii="Calibri" w:hAnsi="Calibri" w:cs="Calibri"/>
              <w:color w:val="5F6B7A"/>
              <w:sz w:val="16"/>
              <w:szCs w:val="16"/>
            </w:rPr>
            <w:t xml:space="preserve">)</w:t>
          </w:r>
        </w:p>
      </w:tc>
    </w:tr>
  </w:tbl>
  <w:p>
    <w:pPr>
      <w:pStyle w:val="Header"/>
      <w:spacing w:before="0" w:after="0" w:line="160" w:lineRule="exac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mbria" w:hAnsi="Cambria" w:cs="Cambria"/>
      <w:color w:val="1F2933"/>
      <w:sz w:val="21"/>
    </w:rPr>
  </w:style>
  <w:style w:type="paragraph" w:styleId="Header">
    <w:name w:val="header"/>
    <w:basedOn w:val="Normal"/>
    <w:link w:val="HeaderChar"/>
    <w:uiPriority w:val="99"/>
    <w:unhideWhenUsed/>
    <w:rsid w:val="00E618BF"/>
    <w:pPr>
      <w:tabs>
        <w:tab w:val="right" w:pos="9638"/>
      </w:tabs>
      <w:spacing w:after="0" w:line="240" w:lineRule="auto"/>
    </w:pPr>
    <w:rPr>
      <w:rFonts w:ascii="Calibri" w:hAnsi="Calibri" w:cs="Calibri"/>
      <w:color w:val="5F6B7A"/>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right" w:pos="9638"/>
      </w:tabs>
      <w:spacing w:after="0" w:line="240" w:lineRule="auto"/>
    </w:pPr>
    <w:rPr>
      <w:rFonts w:ascii="Calibri" w:hAnsi="Calibri" w:cs="Calibri"/>
      <w:color w:val="5F6B7A"/>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6" w:space="2" w:color="E5EBF0"/>
      </w:pBdr>
      <w:spacing w:before="320" w:after="100"/>
      <w:jc w:val="left"/>
      <w:outlineLvl w:val="0"/>
    </w:pPr>
    <w:rPr>
      <w:rFonts w:ascii="Calibri" w:hAnsi="Calibri" w:cs="Calibri"/>
      <w:b/>
      <w:bCs/>
      <w:i w:val="0"/>
      <w:color w:val="033D72"/>
      <w:sz w:val="25"/>
      <w:szCs w:val="28"/>
    </w:rPr>
  </w:style>
  <w:style w:type="paragraph" w:styleId="Heading2">
    <w:name w:val="heading 2"/>
    <w:basedOn w:val="Normal"/>
    <w:next w:val="Normal"/>
    <w:link w:val="Heading2Char"/>
    <w:uiPriority w:val="9"/>
    <w:unhideWhenUsed/>
    <w:qFormat/>
    <w:rsid w:val="00FC693F"/>
    <w:pPr>
      <w:keepNext/>
      <w:keepLines/>
      <w:spacing w:before="240" w:after="100"/>
      <w:jc w:val="left"/>
      <w:outlineLvl w:val="1"/>
    </w:pPr>
    <w:rPr>
      <w:rFonts w:ascii="Calibri" w:hAnsi="Calibri" w:cs="Calibri"/>
      <w:b/>
      <w:bCs/>
      <w:i w:val="0"/>
      <w:color w:val="1F2933"/>
      <w:sz w:val="22"/>
      <w:szCs w:val="26"/>
    </w:rPr>
  </w:style>
  <w:style w:type="paragraph" w:styleId="Heading3">
    <w:name w:val="heading 3"/>
    <w:basedOn w:val="Normal"/>
    <w:next w:val="Normal"/>
    <w:link w:val="Heading3Char"/>
    <w:uiPriority w:val="9"/>
    <w:unhideWhenUsed/>
    <w:qFormat/>
    <w:rsid w:val="00FC693F"/>
    <w:pPr>
      <w:keepNext/>
      <w:keepLines/>
      <w:spacing w:before="200" w:after="100"/>
      <w:jc w:val="left"/>
      <w:outlineLvl w:val="2"/>
    </w:pPr>
    <w:rPr>
      <w:rFonts w:ascii="Calibri" w:hAnsi="Calibri" w:cs="Calibri"/>
      <w:b/>
      <w:bCs/>
      <w:i/>
      <w:color w:val="1F2933"/>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52" w:lineRule="auto" w:before="40"/>
      <w:contextualSpacing/>
      <w:jc w:val="left"/>
    </w:pPr>
    <w:rPr>
      <w:rFonts w:ascii="Calibri" w:hAnsi="Calibri" w:cs="Calibri"/>
      <w:b/>
      <w:color w:val="1F2933"/>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before="120" w:after="120"/>
    </w:pPr>
    <w:rPr>
      <w:rFonts w:ascii="Calibri" w:hAnsi="Calibri" w:cs="Calibri"/>
      <w:b/>
      <w:bCs/>
      <w:i w:val="0"/>
      <w:color w:val="1F2933"/>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OJSABody">
    <w:name w:val="Article Body"/>
    <w:basedOn w:val="Normal"/>
    <w:qFormat/>
    <w:pPr>
      <w:spacing w:after="120" w:line="276" w:lineRule="auto"/>
      <w:jc w:val="both"/>
    </w:pPr>
    <w:rPr>
      <w:rFonts w:ascii="Cambria" w:hAnsi="Cambria" w:cs="Cambria"/>
      <w:color w:val="1F2933"/>
      <w:sz w:val="21"/>
      <w:szCs w:val="21"/>
    </w:rPr>
  </w:style>
  <w:style w:type="paragraph" w:customStyle="1" w:styleId="OJSAAuthors">
    <w:name w:val="Article Authors"/>
    <w:basedOn w:val="Normal"/>
    <w:next w:val="OJSAAffiliation"/>
    <w:qFormat/>
    <w:pPr>
      <w:spacing w:before="120" w:after="80"/>
    </w:pPr>
    <w:rPr>
      <w:rFonts w:ascii="Calibri" w:hAnsi="Calibri" w:cs="Calibri"/>
      <w:b/>
      <w:color w:val="1F2933"/>
      <w:sz w:val="23"/>
      <w:szCs w:val="23"/>
    </w:rPr>
  </w:style>
  <w:style w:type="paragraph" w:customStyle="1" w:styleId="OJSAAffiliation">
    <w:name w:val="Article Affiliation"/>
    <w:basedOn w:val="Normal"/>
    <w:qFormat/>
    <w:pPr>
      <w:spacing w:after="20" w:line="240" w:lineRule="auto"/>
    </w:pPr>
    <w:rPr>
      <w:rFonts w:ascii="Calibri" w:hAnsi="Calibri" w:cs="Calibri"/>
      <w:color w:val="5F6B7A"/>
      <w:sz w:val="17"/>
      <w:szCs w:val="17"/>
    </w:rPr>
  </w:style>
  <w:style w:type="paragraph" w:customStyle="1" w:styleId="OJSAInfo">
    <w:name w:val="Article Info"/>
    <w:basedOn w:val="Normal"/>
    <w:pPr>
      <w:spacing w:after="20" w:line="240" w:lineRule="auto"/>
    </w:pPr>
    <w:rPr>
      <w:rFonts w:ascii="Calibri" w:hAnsi="Calibri" w:cs="Calibri"/>
      <w:color w:val="1F2933"/>
      <w:sz w:val="17"/>
      <w:szCs w:val="17"/>
    </w:rPr>
  </w:style>
  <w:style w:type="paragraph" w:customStyle="1" w:styleId="OJSAAbstract">
    <w:name w:val="Article Abstract"/>
    <w:basedOn w:val="Normal"/>
    <w:qFormat/>
    <w:pPr>
      <w:spacing w:after="80" w:line="264" w:lineRule="auto"/>
      <w:jc w:val="both"/>
    </w:pPr>
    <w:rPr>
      <w:rFonts w:ascii="Cambria" w:hAnsi="Cambria" w:cs="Cambria"/>
      <w:color w:val="1F2933"/>
      <w:sz w:val="19"/>
      <w:szCs w:val="19"/>
    </w:rPr>
  </w:style>
  <w:style w:type="paragraph" w:customStyle="1" w:styleId="OJSALabel">
    <w:name w:val="Article Label"/>
    <w:basedOn w:val="Normal"/>
    <w:next w:val="OJSABody"/>
    <w:pPr>
      <w:keepNext/>
      <w:spacing w:before="160" w:after="60"/>
    </w:pPr>
    <w:rPr>
      <w:rFonts w:ascii="Calibri" w:hAnsi="Calibri" w:cs="Calibri"/>
      <w:b/>
      <w:color w:val="033D72"/>
      <w:sz w:val="18"/>
    </w:rPr>
  </w:style>
  <w:style w:type="paragraph" w:customStyle="1" w:styleId="OJSADeclLabel">
    <w:name w:val="Article Declaration Label"/>
    <w:basedOn w:val="Normal"/>
    <w:next w:val="OJSADeclBody"/>
    <w:qFormat/>
    <w:pPr>
      <w:keepNext/>
      <w:spacing w:before="60" w:after="40"/>
      <w:outlineLvl w:val="1"/>
    </w:pPr>
    <w:rPr>
      <w:rFonts w:ascii="Calibri" w:hAnsi="Calibri" w:cs="Calibri"/>
      <w:b/>
      <w:caps/>
      <w:spacing w:val="10"/>
      <w:color w:val="033D72"/>
      <w:sz w:val="17"/>
    </w:rPr>
  </w:style>
  <w:style w:type="paragraph" w:customStyle="1" w:styleId="OJSADeclBody">
    <w:name w:val="Article Declaration Text"/>
    <w:basedOn w:val="Normal"/>
    <w:qFormat/>
    <w:pPr>
      <w:spacing w:after="40" w:line="252" w:lineRule="auto"/>
    </w:pPr>
    <w:rPr>
      <w:rFonts w:ascii="Calibri" w:hAnsi="Calibri" w:cs="Calibri"/>
      <w:color w:val="1F2933"/>
      <w:sz w:val="18"/>
      <w:szCs w:val="18"/>
    </w:rPr>
  </w:style>
  <w:style w:type="paragraph" w:customStyle="1" w:styleId="OJSAReference">
    <w:name w:val="Article Reference"/>
    <w:basedOn w:val="Normal"/>
    <w:qFormat/>
    <w:pPr>
      <w:spacing w:after="80" w:line="252" w:lineRule="auto"/>
      <w:ind w:left="425" w:hanging="425"/>
      <w:jc w:val="both"/>
    </w:pPr>
    <w:rPr>
      <w:rFonts w:ascii="Cambria" w:hAnsi="Cambria" w:cs="Cambria"/>
      <w:color w:val="1F2933"/>
      <w:sz w:val="18"/>
      <w:szCs w:val="18"/>
    </w:rPr>
  </w:style>
  <w:style w:type="paragraph" w:customStyle="1" w:styleId="OJSATable">
    <w:name w:val="Article Table Text"/>
    <w:basedOn w:val="Normal"/>
    <w:qFormat/>
    <w:pPr>
      <w:spacing w:before="20" w:after="20" w:line="240" w:lineRule="auto"/>
    </w:pPr>
    <w:rPr>
      <w:rFonts w:ascii="Calibri" w:hAnsi="Calibri" w:cs="Calibri"/>
      <w:sz w:val="17"/>
      <w:szCs w:val="17"/>
    </w:rPr>
  </w:style>
  <w:style w:type="paragraph" w:customStyle="1" w:styleId="OJSATableHeader">
    <w:name w:val="Article Table Header"/>
    <w:basedOn w:val="OJSATable"/>
    <w:qFormat/>
    <w:pPr>
      <w:keepNext/>
      <w:spacing w:before="40" w:after="40" w:line="240" w:lineRule="auto"/>
    </w:pPr>
    <w:rPr>
      <w:rFonts w:ascii="Calibri" w:hAnsi="Calibri" w:cs="Calibri"/>
      <w:b/>
      <w:color w:val="FFFFFF"/>
      <w:sz w:val="17"/>
      <w:szCs w:val="17"/>
    </w:rPr>
  </w:style>
  <w:style w:type="paragraph" w:customStyle="1" w:styleId="OJSATableCaption">
    <w:name w:val="Article Table Caption"/>
    <w:basedOn w:val="Caption"/>
    <w:qFormat/>
    <w:pPr>
      <w:keepNext/>
      <w:spacing w:before="200" w:after="80"/>
    </w:pPr>
    <w:rPr>
      <w:rFonts w:ascii="Calibri" w:hAnsi="Calibri" w:cs="Calibri"/>
      <w:b/>
      <w:color w:val="1F2933"/>
      <w:sz w:val="18"/>
      <w:szCs w:val="18"/>
    </w:rPr>
  </w:style>
  <w:style w:type="paragraph" w:customStyle="1" w:styleId="OJSATableNote">
    <w:name w:val="Article Table Note"/>
    <w:basedOn w:val="Normal"/>
    <w:qFormat/>
    <w:pPr>
      <w:spacing w:before="40" w:after="200"/>
    </w:pPr>
    <w:rPr>
      <w:rFonts w:ascii="Calibri" w:hAnsi="Calibri" w:cs="Calibri"/>
      <w:i/>
      <w:color w:val="5F6B7A"/>
      <w:sz w:val="16"/>
      <w:szCs w:val="16"/>
    </w:rPr>
  </w:style>
  <w:style w:type="paragraph" w:customStyle="1" w:styleId="OJSAFigure">
    <w:name w:val="Article Figure"/>
    <w:basedOn w:val="Normal"/>
    <w:qFormat/>
    <w:pPr>
      <w:keepNext/>
      <w:spacing w:before="200" w:after="60"/>
      <w:jc w:val="center"/>
    </w:pPr>
    <w:rPr>
      <w:rFonts w:ascii="Calibri" w:hAnsi="Calibri" w:cs="Calibri"/>
      <w:sz w:val="18"/>
    </w:rPr>
  </w:style>
  <w:style w:type="paragraph" w:customStyle="1" w:styleId="OJSAFigureCaption">
    <w:name w:val="Article Figure Caption"/>
    <w:basedOn w:val="Caption"/>
    <w:qFormat/>
    <w:pPr>
      <w:spacing w:before="60" w:after="240"/>
      <w:jc w:val="center"/>
    </w:pPr>
    <w:rPr>
      <w:rFonts w:ascii="Calibri" w:hAnsi="Calibri" w:cs="Calibri"/>
      <w:b/>
      <w:color w:val="1F2933"/>
      <w:sz w:val="18"/>
      <w:szCs w:val="18"/>
    </w:rPr>
  </w:style>
  <w:style w:type="paragraph" w:customStyle="1" w:styleId="OJSAEquation">
    <w:name w:val="Article Equation"/>
    <w:basedOn w:val="Normal"/>
    <w:qFormat/>
    <w:pPr>
      <w:spacing w:before="120" w:after="120"/>
    </w:pPr>
    <w:rPr>
      <w:rFonts w:ascii="Cambria" w:hAnsi="Cambria" w:cs="Cambria"/>
      <w:sz w:val="21"/>
    </w:rPr>
  </w:style>
  <w:style w:type="paragraph" w:customStyle="1" w:styleId="OJSAGuideH1">
    <w:name w:val="Article Guide Sample 1"/>
    <w:basedOn w:val="Normal"/>
    <w:pPr>
      <w:spacing w:before="0" w:after="0"/>
    </w:pPr>
    <w:rPr>
      <w:rFonts w:ascii="Calibri" w:hAnsi="Calibri" w:cs="Calibri"/>
      <w:b/>
      <w:color w:val="033D72"/>
      <w:sz w:val="25"/>
    </w:rPr>
  </w:style>
  <w:style w:type="paragraph" w:customStyle="1" w:styleId="OJSAGuideH2">
    <w:name w:val="Article Guide Sample 2"/>
    <w:basedOn w:val="Normal"/>
    <w:pPr>
      <w:spacing w:before="0" w:after="0"/>
    </w:pPr>
    <w:rPr>
      <w:rFonts w:ascii="Calibri" w:hAnsi="Calibri" w:cs="Calibri"/>
      <w:b/>
      <w:color w:val="1F2933"/>
      <w:sz w:val="22"/>
    </w:rPr>
  </w:style>
  <w:style w:type="paragraph" w:customStyle="1" w:styleId="OJSAGuideH3">
    <w:name w:val="Article Guide Sample 3"/>
    <w:basedOn w:val="Normal"/>
    <w:pPr>
      <w:spacing w:before="0" w:after="0"/>
    </w:pPr>
    <w:rPr>
      <w:rFonts w:ascii="Calibri" w:hAnsi="Calibri" w:cs="Calibri"/>
      <w:b/>
      <w:i/>
      <w:color w:val="1F2933"/>
      <w:sz w:val="21"/>
    </w:rPr>
  </w:style>
  <w:style w:type="paragraph" w:customStyle="1" w:styleId="OJSAGuideCaption">
    <w:name w:val="Article Guide Sample Caption"/>
    <w:basedOn w:val="Normal"/>
    <w:pPr>
      <w:spacing w:before="0" w:after="0"/>
    </w:pPr>
    <w:rPr>
      <w:rFonts w:ascii="Calibri" w:hAnsi="Calibri" w:cs="Calibri"/>
      <w:color w:val="1F2933"/>
      <w:sz w:val="18"/>
    </w:rPr>
  </w:style>
  <w:style w:type="character" w:customStyle="1" w:styleId="OJSAPending">
    <w:name w:val="Desk Editorial Placeholder"/>
    <w:basedOn w:val="DefaultParagraphFont"/>
    <w:rPr>
      <w:u w:val="dotted" w:color="007A8A"/>
      <w:shd w:val="clear" w:color="auto" w:fill="C6E1E5"/>
    </w:rPr>
  </w:style>
  <w:style w:type="character" w:styleId="PlaceholderText">
    <w:name w:val="Placeholder Text"/>
    <w:basedOn w:val="DefaultParagraphFont"/>
    <w:uiPriority w:val="99"/>
    <w:semiHidden/>
    <w:rPr>
      <w:color w:val="80808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Ojsa1"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manuscript xmlns:m="urn:ojs-agents:manuscript:1" schemaVersion="1">
  <m:template id="ojsa-modern-article" version="1.3.0" builtAt="2026-10-29T08:06:11Z" journal="Journal of Education Development &amp; Technology Research" citationStyle="IEEE" citationFamily="numbered" columns="1" primaryColor="033D72" secondaryColor="007A8A" licenseCode="cc-by-nc-sa"/>
  <m:journal>
    <m:title>Journal of Education Development &amp; Technology Research</m:title>
    <m:abbreviation>Journal Eduverse</m:abbreviation>
    <m:issnPrint>0000-0000</m:issnPrint>
    <m:issnOnline>0000-0000</m:issnOnline>
    <m:url>https://journal.example.org</m:url>
    <m:publisher>PT EDUCATION ADVANTAGE TECHNOLOGY</m:publisher>
    <m:citationStyle>IEEE</m:citationStyle>
  </m:journal>
  <m:rights>
    <m:license>CC BY-NC-SA 4.0</m:license>
    <m:licenseUrl>https://creativecommons.org/licenses/by-nc-sa/4.0/</m:licenseUrl>
    <m:licenseTerms>which permits non-commercial use, sharing, adaptation, distribution and reproduction in any medium or format, provided the original work is properly cited and adaptations are shared under the same license</m:licenseTerms>
    <m:copyrightHolder>The Author(s)</m:copyrightHolder>
    <m:statement>The authors retain copyright and grant Journal of Education Development &amp; Technology Research the right of first publication.</m:statement>
  </m:rights>
  <m:article>
    <m:type>Research Article</m:type>
    <m:runningTitle>Short running title (max. 60 characters)</m:runningTitle>
    <m:correspondingEmail>corresponding.author@institution.ac.id</m:correspondingEmail>
    <m:howToCite>Author, A., &amp; Author, B. (20xx). Title of the article. Journal Name, x(x), xx–xx. https://doi.org/10.xxxxx/xxxxx</m:howToCite>
  </m:article>
  <m:publication>
    <m:doi>10.xxxxx/xxxxx</m:doi>
    <m:volume>x</m:volume>
    <m:issue>x</m:issue>
    <m:year>20xx</m:year>
    <m:pages>xx–xx</m:pages>
    <m:firstPage/>
    <m:lastPage/>
    <m:articleId/>
    <m:submissionId>#xxx</m:submissionId>
    <m:url>https://journal.example.org/article/view/xxx</m:url>
  </m:publication>
  <m:history>
    <m:received>dd Month yyyy</m:received>
    <m:revised>dd Month yyyy</m:revised>
    <m:accepted>dd Month yyyy</m:accepted>
    <m:published>dd Month yyyy</m:published>
  </m:history>
  <m:certificate>
    <m:number>Issued on acceptance</m:number>
    <m:url>Added by the Desk Editorial</m:url>
    <m:issued>dd Month yyyy</m:issued>
  </m:certificate>
  <m:structure>
    <m:block key="title" tag="ojsa:title" part="front" required="true"/>
    <m:block key="authors" tag="ojsa:authors" part="front" required="true"/>
    <m:block key="affiliations" tag="ojsa:affiliations" part="front" required="true"/>
    <m:block key="orcid" tag="ojsa:orcid" part="front" required="false"/>
    <m:block key="abstract" tag="ojsa:abstract" part="front" required="true"/>
    <m:block key="keywords" tag="ojsa:keywords" part="front" required="true"/>
    <m:block key="introduction" tag="ojsa:sec:introduction" part="main" required="true"/>
    <m:block key="methods" tag="ojsa:sec:methods" part="main" required="true"/>
    <m:block key="results" tag="ojsa:sec:results" part="main" required="true"/>
    <m:block key="discussion" tag="ojsa:sec:discussion" part="main" required="true"/>
    <m:block key="conclusion" tag="ojsa:sec:conclusion" part="main" required="true"/>
    <m:block key="author_contributions" tag="ojsa:sec:author_contributions" part="back" required="true"/>
    <m:block key="funding" tag="ojsa:sec:funding" part="back" required="true"/>
    <m:block key="acknowledgments" tag="ojsa:sec:acknowledgments" part="back" required="false"/>
    <m:block key="conflict_of_interest" tag="ojsa:sec:conflict_of_interest" part="back" required="true"/>
    <m:block key="ethics" tag="ojsa:sec:ethics" part="back" required="true"/>
    <m:block key="data_availability" tag="ojsa:sec:data_availability" part="back" required="true"/>
    <m:block key="ai_declaration" tag="ojsa:sec:ai_declaration" part="back" required="true"/>
    <m:block key="references" tag="ojsa:sec:references" part="back" required="true"/>
    <m:block key="appendix" tag="ojsa:sec:appendix" part="back" required="false"/>
  </m:structure>
  <m:processing/>
</m:manuscript>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74DE08B8-B464-4A5A-A104-DCA6F1E37B06}">
  <ds:schemaRefs>
    <ds:schemaRef ds:uri="urn:ojs-agents:manuscript: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Manuscript Template — Journal of Education Development &amp; Technology Research</dc:title>
  <dc:subject>Article manuscript template</dc:subject>
  <dc:creator>Journal of Education Development &amp; Technology Research</dc:creator>
  <cp:keywords>manuscript template; Journal of Education Development &amp; Technology Research</cp:keywords>
  <dc:description>ojsa-modern-article v1.3.0, 1-column body. Fill the grey guidance text; keep the content controls.</dc:description>
  <cp:lastModifiedBy/>
  <cp:revision>1</cp:revision>
  <dcterms:created xsi:type="dcterms:W3CDTF">2013-12-23T23:15:00Z</dcterms:created>
  <dcterms:modified xsi:type="dcterms:W3CDTF">2013-12-23T23:15:00Z</dcterms:modified>
  <cp:category/>
</cp:coreProperties>
</file>